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B42A8" w14:textId="77777777" w:rsidR="00FE7F4E" w:rsidRPr="00FE7F4E" w:rsidRDefault="00FE7F4E" w:rsidP="00FE7F4E">
      <w:pPr>
        <w:pageBreakBefore/>
        <w:spacing w:after="40" w:line="240" w:lineRule="auto"/>
        <w:jc w:val="right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:cs/>
          <w14:ligatures w14:val="none"/>
        </w:rPr>
        <w:t xml:space="preserve">เอกสารแนบ 1 </w:t>
      </w:r>
    </w:p>
    <w:p w14:paraId="6D68FE2C" w14:textId="77777777" w:rsidR="00FE7F4E" w:rsidRPr="00FE7F4E" w:rsidRDefault="00FE7F4E" w:rsidP="00FE7F4E">
      <w:pPr>
        <w:spacing w:after="40" w:line="240" w:lineRule="auto"/>
        <w:jc w:val="center"/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ใบสมัครขอรับการพิจารณา</w:t>
      </w:r>
    </w:p>
    <w:p w14:paraId="6FEBC156" w14:textId="2A718280" w:rsidR="00FE7F4E" w:rsidRPr="00FE7F4E" w:rsidRDefault="006B6977" w:rsidP="00FE7F4E">
      <w:pPr>
        <w:spacing w:after="40" w:line="240" w:lineRule="auto"/>
        <w:jc w:val="center"/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</w:pPr>
      <w:r>
        <w:rPr>
          <w:rFonts w:ascii="TH SarabunIT๙" w:eastAsia="TH SarabunPSK" w:hAnsi="TH SarabunIT๙" w:cs="TH SarabunIT๙" w:hint="cs"/>
          <w:b/>
          <w:bCs/>
          <w:noProof/>
          <w:kern w:val="0"/>
          <w:cs/>
          <w14:ligatures w14:val="none"/>
        </w:rPr>
        <w:t>วัน</w:t>
      </w:r>
      <w:r w:rsidR="00FE7F4E"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ผู้ประกอบวิชาชีพการสาธารณสุขชุมชน ประจำปี 2569</w:t>
      </w:r>
    </w:p>
    <w:p w14:paraId="4264FB0D" w14:textId="77777777" w:rsidR="00FE7F4E" w:rsidRPr="00FE7F4E" w:rsidRDefault="00FE7F4E" w:rsidP="00FE7F4E">
      <w:pPr>
        <w:spacing w:after="40" w:line="240" w:lineRule="auto"/>
        <w:jc w:val="center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C2C9E" wp14:editId="40184858">
                <wp:simplePos x="0" y="0"/>
                <wp:positionH relativeFrom="column">
                  <wp:posOffset>4710430</wp:posOffset>
                </wp:positionH>
                <wp:positionV relativeFrom="paragraph">
                  <wp:posOffset>57785</wp:posOffset>
                </wp:positionV>
                <wp:extent cx="951865" cy="1181100"/>
                <wp:effectExtent l="0" t="0" r="19685" b="19050"/>
                <wp:wrapNone/>
                <wp:docPr id="93574126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1865" cy="11811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49150263" id="สี่เหลี่ยมผืนผ้า 1" o:spid="_x0000_s1026" style="position:absolute;margin-left:370.9pt;margin-top:4.55pt;width:74.9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" filled="f" strokecolor="windowText">
                <v:stroke joinstyle="round"/>
              </v:rect>
            </w:pict>
          </mc:Fallback>
        </mc:AlternateContent>
      </w:r>
    </w:p>
    <w:p w14:paraId="36FFF079" w14:textId="77777777" w:rsidR="00FE7F4E" w:rsidRPr="00FE7F4E" w:rsidRDefault="00FE7F4E" w:rsidP="00FE7F4E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</w:p>
    <w:p w14:paraId="13B92821" w14:textId="77777777" w:rsidR="00FE7F4E" w:rsidRPr="00FE7F4E" w:rsidRDefault="00FE7F4E" w:rsidP="00FE7F4E">
      <w:pPr>
        <w:spacing w:after="40" w:line="240" w:lineRule="auto"/>
        <w:jc w:val="right"/>
        <w:rPr>
          <w:rFonts w:ascii="TH SarabunIT๙" w:eastAsia="TH SarabunPSK" w:hAnsi="TH SarabunIT๙" w:cs="TH SarabunIT๙"/>
          <w:noProof/>
          <w:kern w:val="0"/>
          <w14:ligatures w14:val="none"/>
        </w:rPr>
      </w:pPr>
    </w:p>
    <w:p w14:paraId="4145291E" w14:textId="77777777" w:rsidR="00FE7F4E" w:rsidRPr="00FE7F4E" w:rsidRDefault="00FE7F4E" w:rsidP="00FE7F4E">
      <w:pPr>
        <w:spacing w:after="40" w:line="240" w:lineRule="auto"/>
        <w:jc w:val="right"/>
        <w:rPr>
          <w:rFonts w:ascii="TH SarabunIT๙" w:eastAsia="TH SarabunPSK" w:hAnsi="TH SarabunIT๙" w:cs="TH SarabunIT๙"/>
          <w:noProof/>
          <w:kern w:val="0"/>
          <w14:ligatures w14:val="none"/>
        </w:rPr>
      </w:pPr>
    </w:p>
    <w:p w14:paraId="063FB0AD" w14:textId="77777777" w:rsidR="006B6977" w:rsidRDefault="006B6977" w:rsidP="00FE7F4E">
      <w:pPr>
        <w:spacing w:after="40" w:line="240" w:lineRule="auto"/>
        <w:jc w:val="right"/>
        <w:rPr>
          <w:rFonts w:ascii="TH SarabunIT๙" w:eastAsia="TH SarabunPSK" w:hAnsi="TH SarabunIT๙" w:cs="TH SarabunIT๙"/>
          <w:noProof/>
          <w:kern w:val="0"/>
          <w14:ligatures w14:val="none"/>
        </w:rPr>
      </w:pPr>
    </w:p>
    <w:p w14:paraId="15474768" w14:textId="76145CF9" w:rsidR="00FE7F4E" w:rsidRPr="00FE7F4E" w:rsidRDefault="00FE7F4E" w:rsidP="00FE7F4E">
      <w:pPr>
        <w:spacing w:after="40" w:line="240" w:lineRule="auto"/>
        <w:jc w:val="right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(ติดรูปถ่ายสี 1.5 นิ้ว)</w:t>
      </w:r>
    </w:p>
    <w:p w14:paraId="6A8B1CA6" w14:textId="77777777" w:rsidR="00FE7F4E" w:rsidRPr="00FE7F4E" w:rsidRDefault="00FE7F4E" w:rsidP="00FE7F4E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1. ประเภทรางวัลที่ยื่น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(เลือก 1 ประเภท)</w:t>
      </w:r>
    </w:p>
    <w:p w14:paraId="75D6EB29" w14:textId="77777777" w:rsidR="00FE7F4E" w:rsidRPr="00FE7F4E" w:rsidRDefault="00FE7F4E" w:rsidP="00FE7F4E">
      <w:pPr>
        <w:spacing w:after="40" w:line="240" w:lineRule="auto"/>
        <w:ind w:left="425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Segoe UI Symbol" w:eastAsia="TH SarabunPSK" w:hAnsi="Segoe UI Symbol" w:cs="Segoe UI Symbol"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ประเภทที่ 1 ด้าน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การ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บริหารในหน่วยบริการสาธารณสุข</w:t>
      </w:r>
    </w:p>
    <w:p w14:paraId="51088273" w14:textId="77777777" w:rsidR="00FE7F4E" w:rsidRPr="00FE7F4E" w:rsidRDefault="00FE7F4E" w:rsidP="00FE7F4E">
      <w:pPr>
        <w:spacing w:after="40" w:line="240" w:lineRule="auto"/>
        <w:ind w:left="425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Segoe UI Symbol" w:eastAsia="TH SarabunPSK" w:hAnsi="Segoe UI Symbol" w:cs="Segoe UI Symbol"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ประเภทที่ 2 ด้าน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การ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บริหารในสถาบันการศึกษา</w:t>
      </w:r>
    </w:p>
    <w:p w14:paraId="4E8147AC" w14:textId="77777777" w:rsidR="00FE7F4E" w:rsidRPr="00FE7F4E" w:rsidRDefault="00FE7F4E" w:rsidP="00FE7F4E">
      <w:pPr>
        <w:spacing w:after="40" w:line="240" w:lineRule="auto"/>
        <w:ind w:left="425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Segoe UI Symbol" w:eastAsia="TH SarabunPSK" w:hAnsi="Segoe UI Symbol" w:cs="Segoe UI Symbol"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ประเภทที่ 3 ด้าน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การ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ปฏิบัติงานบริการ </w:t>
      </w:r>
    </w:p>
    <w:p w14:paraId="50A77FC7" w14:textId="77777777" w:rsidR="00FE7F4E" w:rsidRPr="00FE7F4E" w:rsidRDefault="00FE7F4E" w:rsidP="00FE7F4E">
      <w:pPr>
        <w:spacing w:after="40" w:line="240" w:lineRule="auto"/>
        <w:ind w:left="425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 w:rsidRPr="00FE7F4E">
        <w:rPr>
          <w:rFonts w:ascii="Segoe UI Symbol" w:eastAsia="TH SarabunPSK" w:hAnsi="Segoe UI Symbol" w:cs="Segoe UI Symbol"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 xml:space="preserve"> 3.1 ด้านการปฏิบัติงานบริการสังกัดกระทรวงสาธารณสุข</w:t>
      </w:r>
    </w:p>
    <w:p w14:paraId="44DDDD85" w14:textId="77777777" w:rsidR="00FE7F4E" w:rsidRPr="00FE7F4E" w:rsidRDefault="00FE7F4E" w:rsidP="00FE7F4E">
      <w:pPr>
        <w:spacing w:after="40" w:line="240" w:lineRule="auto"/>
        <w:ind w:left="425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 w:rsidRPr="00FE7F4E">
        <w:rPr>
          <w:rFonts w:ascii="Segoe UI Symbol" w:eastAsia="TH SarabunPSK" w:hAnsi="Segoe UI Symbol" w:cs="Segoe UI Symbol"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 xml:space="preserve"> 3.2 ด้านการปฏิบัติงานบริการสังกัดองค์กรปกครองส่วนท้องถิ่น</w:t>
      </w:r>
    </w:p>
    <w:p w14:paraId="0E880432" w14:textId="77777777" w:rsidR="00FE7F4E" w:rsidRPr="00FE7F4E" w:rsidRDefault="00FE7F4E" w:rsidP="00FE7F4E">
      <w:pPr>
        <w:spacing w:after="40" w:line="240" w:lineRule="auto"/>
        <w:ind w:left="425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 w:rsidRPr="00FE7F4E">
        <w:rPr>
          <w:rFonts w:ascii="Segoe UI Symbol" w:eastAsia="TH SarabunPSK" w:hAnsi="Segoe UI Symbol" w:cs="Segoe UI Symbol"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 xml:space="preserve"> 3.3 ด้านการปฏิบัติงานบริการสังกัดกระทรวงอื่นและภาคเอกชน</w:t>
      </w:r>
    </w:p>
    <w:p w14:paraId="1315B394" w14:textId="77777777" w:rsidR="00FE7F4E" w:rsidRPr="00FE7F4E" w:rsidRDefault="00FE7F4E" w:rsidP="00FE7F4E">
      <w:pPr>
        <w:spacing w:after="40" w:line="240" w:lineRule="auto"/>
        <w:ind w:left="425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Segoe UI Symbol" w:eastAsia="TH SarabunPSK" w:hAnsi="Segoe UI Symbol" w:cs="Segoe UI Symbol"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ประเภทที่ 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4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ด้าน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การ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ปฏิบัติงานบริการในสถาบันการศึกษา</w:t>
      </w:r>
    </w:p>
    <w:p w14:paraId="4296FE32" w14:textId="77777777" w:rsidR="00FE7F4E" w:rsidRPr="00FE7F4E" w:rsidRDefault="00FE7F4E" w:rsidP="00FE7F4E">
      <w:pPr>
        <w:spacing w:after="40" w:line="240" w:lineRule="auto"/>
        <w:ind w:left="425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Segoe UI Symbol" w:eastAsia="TH SarabunPSK" w:hAnsi="Segoe UI Symbol" w:cs="Segoe UI Symbol"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ประเภทที่ 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5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ด้านวิชาการ</w:t>
      </w:r>
    </w:p>
    <w:p w14:paraId="35A29E4E" w14:textId="77777777" w:rsidR="00FE7F4E" w:rsidRPr="00FE7F4E" w:rsidRDefault="00FE7F4E" w:rsidP="00FE7F4E">
      <w:pPr>
        <w:spacing w:after="40" w:line="240" w:lineRule="auto"/>
        <w:ind w:left="425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Segoe UI Symbol" w:eastAsia="TH SarabunPSK" w:hAnsi="Segoe UI Symbol" w:cs="Segoe UI Symbol"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ประเภทที่ 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6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ด้านการทำประโยชน์ให้แก่สังคม</w:t>
      </w:r>
    </w:p>
    <w:p w14:paraId="3A9FDD85" w14:textId="77777777" w:rsidR="00FE7F4E" w:rsidRPr="00FE7F4E" w:rsidRDefault="00FE7F4E" w:rsidP="00FE7F4E">
      <w:pPr>
        <w:spacing w:before="120"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2. ข้อมูลผู้</w:t>
      </w:r>
      <w:r w:rsidRPr="00FE7F4E">
        <w:rPr>
          <w:rFonts w:ascii="TH SarabunIT๙" w:eastAsia="TH SarabunPSK" w:hAnsi="TH SarabunIT๙" w:cs="TH SarabunIT๙"/>
          <w:b/>
          <w:bCs/>
          <w:noProof/>
          <w:kern w:val="0"/>
          <w:cs/>
          <w14:ligatures w14:val="none"/>
        </w:rPr>
        <w:t>สมัคร</w:t>
      </w:r>
    </w:p>
    <w:tbl>
      <w:tblPr>
        <w:tblStyle w:val="aff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FE7F4E" w:rsidRPr="00FE7F4E" w14:paraId="4ACD11FD" w14:textId="77777777" w:rsidTr="005C6B82">
        <w:trPr>
          <w:jc w:val="center"/>
        </w:trPr>
        <w:tc>
          <w:tcPr>
            <w:tcW w:w="3402" w:type="dxa"/>
          </w:tcPr>
          <w:p w14:paraId="22020039" w14:textId="77777777" w:rsidR="00FE7F4E" w:rsidRPr="00FE7F4E" w:rsidRDefault="00FE7F4E" w:rsidP="00FE7F4E">
            <w:pPr>
              <w:spacing w:after="40"/>
              <w:jc w:val="center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  <w:r w:rsidRPr="00FE7F4E">
              <w:rPr>
                <w:rFonts w:ascii="TH SarabunIT๙" w:eastAsia="TH SarabunPSK" w:hAnsi="TH SarabunIT๙" w:cs="TH SarabunIT๙"/>
                <w:b/>
                <w:bCs/>
                <w:noProof/>
                <w:sz w:val="32"/>
                <w:szCs w:val="32"/>
                <w:lang w:bidi="th-TH"/>
              </w:rPr>
              <w:t>รายการ</w:t>
            </w:r>
          </w:p>
        </w:tc>
        <w:tc>
          <w:tcPr>
            <w:tcW w:w="5669" w:type="dxa"/>
          </w:tcPr>
          <w:p w14:paraId="41CF5A6E" w14:textId="77777777" w:rsidR="00FE7F4E" w:rsidRPr="00FE7F4E" w:rsidRDefault="00FE7F4E" w:rsidP="00FE7F4E">
            <w:pPr>
              <w:spacing w:after="40"/>
              <w:jc w:val="center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  <w:r w:rsidRPr="00FE7F4E">
              <w:rPr>
                <w:rFonts w:ascii="TH SarabunIT๙" w:eastAsia="TH SarabunPSK" w:hAnsi="TH SarabunIT๙" w:cs="TH SarabunIT๙"/>
                <w:b/>
                <w:bCs/>
                <w:noProof/>
                <w:sz w:val="32"/>
                <w:szCs w:val="32"/>
                <w:lang w:bidi="th-TH"/>
              </w:rPr>
              <w:t>ข้อมูล</w:t>
            </w:r>
          </w:p>
        </w:tc>
      </w:tr>
      <w:tr w:rsidR="00FE7F4E" w:rsidRPr="00FE7F4E" w14:paraId="44C8262E" w14:textId="77777777" w:rsidTr="005C6B82">
        <w:trPr>
          <w:jc w:val="center"/>
        </w:trPr>
        <w:tc>
          <w:tcPr>
            <w:tcW w:w="3402" w:type="dxa"/>
          </w:tcPr>
          <w:p w14:paraId="3838038F" w14:textId="77777777" w:rsidR="00FE7F4E" w:rsidRPr="00FE7F4E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  <w:r w:rsidRPr="00FE7F4E"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  <w:t>ชื่อ–นามสกุล</w:t>
            </w:r>
          </w:p>
        </w:tc>
        <w:tc>
          <w:tcPr>
            <w:tcW w:w="5669" w:type="dxa"/>
          </w:tcPr>
          <w:p w14:paraId="57ED46F6" w14:textId="77777777" w:rsidR="00FE7F4E" w:rsidRPr="00FE7F4E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</w:p>
        </w:tc>
      </w:tr>
      <w:tr w:rsidR="00FE7F4E" w:rsidRPr="00FE7F4E" w14:paraId="5CB67045" w14:textId="77777777" w:rsidTr="005C6B82">
        <w:trPr>
          <w:jc w:val="center"/>
        </w:trPr>
        <w:tc>
          <w:tcPr>
            <w:tcW w:w="3402" w:type="dxa"/>
          </w:tcPr>
          <w:p w14:paraId="2E655774" w14:textId="77777777" w:rsidR="006B6977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  <w:r w:rsidRPr="00FE7F4E"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  <w:t xml:space="preserve">ตำแหน่ง </w:t>
            </w:r>
          </w:p>
          <w:p w14:paraId="596FDDEF" w14:textId="77777777" w:rsidR="006B6977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  <w:r w:rsidRPr="00FE7F4E"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  <w:t xml:space="preserve">หน่วยงาน </w:t>
            </w:r>
          </w:p>
          <w:p w14:paraId="4D6D923E" w14:textId="296D1949" w:rsidR="00FE7F4E" w:rsidRPr="00FE7F4E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  <w:r w:rsidRPr="00FE7F4E"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  <w:t>สังกัด</w:t>
            </w:r>
          </w:p>
        </w:tc>
        <w:tc>
          <w:tcPr>
            <w:tcW w:w="5669" w:type="dxa"/>
          </w:tcPr>
          <w:p w14:paraId="7F904510" w14:textId="77777777" w:rsidR="00FE7F4E" w:rsidRPr="00FE7F4E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</w:p>
        </w:tc>
      </w:tr>
      <w:tr w:rsidR="00FE7F4E" w:rsidRPr="00FE7F4E" w14:paraId="4076E652" w14:textId="77777777" w:rsidTr="005C6B82">
        <w:trPr>
          <w:jc w:val="center"/>
        </w:trPr>
        <w:tc>
          <w:tcPr>
            <w:tcW w:w="3402" w:type="dxa"/>
          </w:tcPr>
          <w:p w14:paraId="5DFDF1D6" w14:textId="77777777" w:rsidR="00FE7F4E" w:rsidRPr="00FE7F4E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  <w:r w:rsidRPr="00FE7F4E"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  <w:t>จังหวัด</w:t>
            </w:r>
          </w:p>
        </w:tc>
        <w:tc>
          <w:tcPr>
            <w:tcW w:w="5669" w:type="dxa"/>
          </w:tcPr>
          <w:p w14:paraId="723398B9" w14:textId="77777777" w:rsidR="00FE7F4E" w:rsidRPr="00FE7F4E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</w:p>
        </w:tc>
      </w:tr>
      <w:tr w:rsidR="00FE7F4E" w:rsidRPr="00FE7F4E" w14:paraId="70CD0688" w14:textId="77777777" w:rsidTr="005C6B82">
        <w:trPr>
          <w:jc w:val="center"/>
        </w:trPr>
        <w:tc>
          <w:tcPr>
            <w:tcW w:w="3402" w:type="dxa"/>
          </w:tcPr>
          <w:p w14:paraId="6317B0CB" w14:textId="77777777" w:rsidR="006B6977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  <w:r w:rsidRPr="00FE7F4E"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  <w:t xml:space="preserve">โทรศัพท์ </w:t>
            </w:r>
          </w:p>
          <w:p w14:paraId="2C6EAE08" w14:textId="2606848C" w:rsidR="00FE7F4E" w:rsidRPr="00FE7F4E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  <w:r w:rsidRPr="00FE7F4E"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  <w:t>อีเมล</w:t>
            </w:r>
          </w:p>
        </w:tc>
        <w:tc>
          <w:tcPr>
            <w:tcW w:w="5669" w:type="dxa"/>
          </w:tcPr>
          <w:p w14:paraId="2D17455F" w14:textId="77777777" w:rsidR="00FE7F4E" w:rsidRPr="00FE7F4E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</w:p>
        </w:tc>
      </w:tr>
      <w:tr w:rsidR="00FE7F4E" w:rsidRPr="00FE7F4E" w14:paraId="538A178C" w14:textId="77777777" w:rsidTr="005C6B82">
        <w:trPr>
          <w:jc w:val="center"/>
        </w:trPr>
        <w:tc>
          <w:tcPr>
            <w:tcW w:w="3402" w:type="dxa"/>
          </w:tcPr>
          <w:p w14:paraId="057C554D" w14:textId="77777777" w:rsidR="006B6977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  <w:r w:rsidRPr="00FE7F4E"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  <w:t xml:space="preserve">เลขที่ใบอนุญาตประกอบวิชาชีพฯ </w:t>
            </w:r>
          </w:p>
          <w:p w14:paraId="04807204" w14:textId="1EE655F5" w:rsidR="00FE7F4E" w:rsidRPr="00FE7F4E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  <w:r w:rsidRPr="00FE7F4E"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  <w:t>/ วันหมดอายุ</w:t>
            </w:r>
          </w:p>
        </w:tc>
        <w:tc>
          <w:tcPr>
            <w:tcW w:w="5669" w:type="dxa"/>
          </w:tcPr>
          <w:p w14:paraId="4EA2B86D" w14:textId="77777777" w:rsidR="00FE7F4E" w:rsidRPr="00FE7F4E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</w:p>
        </w:tc>
      </w:tr>
      <w:tr w:rsidR="00FE7F4E" w:rsidRPr="00FE7F4E" w14:paraId="74163C61" w14:textId="77777777" w:rsidTr="005C6B82">
        <w:trPr>
          <w:jc w:val="center"/>
        </w:trPr>
        <w:tc>
          <w:tcPr>
            <w:tcW w:w="3402" w:type="dxa"/>
          </w:tcPr>
          <w:p w14:paraId="73B6298D" w14:textId="77777777" w:rsidR="00FE7F4E" w:rsidRPr="00FE7F4E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  <w:r w:rsidRPr="00FE7F4E"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  <w:t>ระยะเวลาปฏิบัติงานวิชาชีพ (ปี)</w:t>
            </w:r>
          </w:p>
        </w:tc>
        <w:tc>
          <w:tcPr>
            <w:tcW w:w="5669" w:type="dxa"/>
          </w:tcPr>
          <w:p w14:paraId="2E65024E" w14:textId="77777777" w:rsidR="00FE7F4E" w:rsidRPr="00FE7F4E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</w:p>
        </w:tc>
      </w:tr>
      <w:tr w:rsidR="00FE7F4E" w:rsidRPr="00FE7F4E" w14:paraId="75FBE321" w14:textId="77777777" w:rsidTr="005C6B82">
        <w:trPr>
          <w:jc w:val="center"/>
        </w:trPr>
        <w:tc>
          <w:tcPr>
            <w:tcW w:w="3402" w:type="dxa"/>
          </w:tcPr>
          <w:p w14:paraId="14175179" w14:textId="77777777" w:rsidR="00FE7F4E" w:rsidRPr="00FE7F4E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  <w:r w:rsidRPr="00FE7F4E"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  <w:t>วุฒิการศึกษาสูงสุด</w:t>
            </w:r>
          </w:p>
        </w:tc>
        <w:tc>
          <w:tcPr>
            <w:tcW w:w="5669" w:type="dxa"/>
          </w:tcPr>
          <w:p w14:paraId="5D9D48BA" w14:textId="77777777" w:rsidR="00FE7F4E" w:rsidRPr="00FE7F4E" w:rsidRDefault="00FE7F4E" w:rsidP="00FE7F4E">
            <w:pPr>
              <w:spacing w:after="40"/>
              <w:rPr>
                <w:rFonts w:ascii="TH SarabunIT๙" w:eastAsia="TH SarabunPSK" w:hAnsi="TH SarabunIT๙" w:cs="TH SarabunIT๙"/>
                <w:noProof/>
                <w:sz w:val="32"/>
                <w:szCs w:val="32"/>
                <w:lang w:bidi="th-TH"/>
              </w:rPr>
            </w:pPr>
          </w:p>
        </w:tc>
      </w:tr>
    </w:tbl>
    <w:p w14:paraId="5B4567D7" w14:textId="77777777" w:rsidR="00FE7F4E" w:rsidRPr="00FE7F4E" w:rsidRDefault="00FE7F4E" w:rsidP="00FE7F4E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</w:p>
    <w:p w14:paraId="73EF1256" w14:textId="77777777" w:rsidR="00FE7F4E" w:rsidRDefault="00FE7F4E" w:rsidP="00FE7F4E">
      <w:pPr>
        <w:spacing w:before="120"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</w:p>
    <w:p w14:paraId="0DF2CF21" w14:textId="77777777" w:rsidR="006B6977" w:rsidRPr="00FE7F4E" w:rsidRDefault="006B6977" w:rsidP="00FE7F4E">
      <w:pPr>
        <w:spacing w:before="120"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</w:p>
    <w:p w14:paraId="359F564B" w14:textId="77777777" w:rsidR="00FE7F4E" w:rsidRPr="00FE7F4E" w:rsidRDefault="00FE7F4E" w:rsidP="00FE7F4E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3. คำรับรองของผู้ยื่น</w:t>
      </w:r>
    </w:p>
    <w:p w14:paraId="3CBE4833" w14:textId="77777777" w:rsidR="00FE7F4E" w:rsidRPr="00FE7F4E" w:rsidRDefault="00FE7F4E" w:rsidP="00FE7F4E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ข้าพเจ้าขอรับรองว่า</w:t>
      </w:r>
    </w:p>
    <w:p w14:paraId="6AE494E8" w14:textId="45AE01FD" w:rsidR="00FE7F4E" w:rsidRPr="00FE7F4E" w:rsidRDefault="00FE7F4E" w:rsidP="00FE7F4E">
      <w:pPr>
        <w:spacing w:after="40" w:line="240" w:lineRule="auto"/>
        <w:ind w:left="425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Segoe UI Symbol" w:eastAsia="TH SarabunPSK" w:hAnsi="Segoe UI Symbol" w:cs="Segoe UI Symbol"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ปฏิบัติงานวิชาชีพการสาธารณสุขชุมชนต่อเนื่อง .......</w:t>
      </w:r>
      <w:r w:rsidR="006B6977"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>.........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. ปี</w:t>
      </w:r>
    </w:p>
    <w:p w14:paraId="5E3173F4" w14:textId="77777777" w:rsidR="00FE7F4E" w:rsidRPr="00FE7F4E" w:rsidRDefault="00FE7F4E" w:rsidP="00FE7F4E">
      <w:pPr>
        <w:spacing w:after="40" w:line="240" w:lineRule="auto"/>
        <w:ind w:left="425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Segoe UI Symbol" w:eastAsia="TH SarabunPSK" w:hAnsi="Segoe UI Symbol" w:cs="Segoe UI Symbol"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ไม่เคยถูกลงโทษทางวินัย ไม่อยู่ระหว่างถูกสอบสวน และไม่เคยต้องโทษจำคุก (เว้นแต่ความผิดโดยประมาทหรือลหุโทษ)</w:t>
      </w:r>
    </w:p>
    <w:p w14:paraId="2A3A323B" w14:textId="77777777" w:rsidR="00FE7F4E" w:rsidRPr="00FE7F4E" w:rsidRDefault="00FE7F4E" w:rsidP="00FE7F4E">
      <w:pPr>
        <w:spacing w:after="40" w:line="240" w:lineRule="auto"/>
        <w:ind w:left="425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Segoe UI Symbol" w:eastAsia="TH SarabunPSK" w:hAnsi="Segoe UI Symbol" w:cs="Segoe UI Symbol"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ไม่เคยได้รับรางวัลจากสภาการสาธารณสุขชุมชน และไม่เป็นคณะกรรมการผู้พิจารณา</w:t>
      </w:r>
    </w:p>
    <w:p w14:paraId="15A5CC11" w14:textId="77777777" w:rsidR="00FE7F4E" w:rsidRPr="00FE7F4E" w:rsidRDefault="00FE7F4E" w:rsidP="00FE7F4E">
      <w:pPr>
        <w:spacing w:after="40" w:line="240" w:lineRule="auto"/>
        <w:ind w:left="425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Segoe UI Symbol" w:eastAsia="TH SarabunPSK" w:hAnsi="Segoe UI Symbol" w:cs="Segoe UI Symbol"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ยื่นขอรับการพิจารณาเพียง 1 ประเภท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รางวัล</w:t>
      </w:r>
    </w:p>
    <w:p w14:paraId="1492585C" w14:textId="77777777" w:rsidR="00FE7F4E" w:rsidRPr="00FE7F4E" w:rsidRDefault="00FE7F4E" w:rsidP="00FE7F4E">
      <w:pPr>
        <w:spacing w:after="40" w:line="240" w:lineRule="auto"/>
        <w:ind w:left="425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Segoe UI Symbol" w:eastAsia="TH SarabunPSK" w:hAnsi="Segoe UI Symbol" w:cs="Segoe UI Symbol"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ผลงานที่เสนอเป็นผลงานที่ข้าพเจ้าดำเนินการจริง และข้อมูลทั้งหมดเป็นความจริง</w:t>
      </w:r>
    </w:p>
    <w:p w14:paraId="3C0DFF39" w14:textId="77777777" w:rsidR="006B6977" w:rsidRDefault="006B6977" w:rsidP="00FE7F4E">
      <w:pPr>
        <w:spacing w:before="200" w:after="40" w:line="240" w:lineRule="auto"/>
        <w:jc w:val="right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6B6977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หากตรวจพบภายหลังว่าข้อมูลเป็นเท็จ ข้าพเจ้ายินยอมให้สภาการสาธารณสุขชุมชนตัดสิทธิ์หรือเพิกถอน</w:t>
      </w:r>
    </w:p>
    <w:p w14:paraId="596195AA" w14:textId="77777777" w:rsidR="006B6977" w:rsidRDefault="006B6977" w:rsidP="00FE7F4E">
      <w:pPr>
        <w:spacing w:before="200" w:after="40" w:line="240" w:lineRule="auto"/>
        <w:jc w:val="right"/>
        <w:rPr>
          <w:rFonts w:ascii="TH SarabunIT๙" w:eastAsia="TH SarabunPSK" w:hAnsi="TH SarabunIT๙" w:cs="TH SarabunIT๙"/>
          <w:noProof/>
          <w:kern w:val="0"/>
          <w14:ligatures w14:val="none"/>
        </w:rPr>
      </w:pPr>
    </w:p>
    <w:p w14:paraId="0C866231" w14:textId="77777777" w:rsidR="006B6977" w:rsidRDefault="00FE7F4E" w:rsidP="006B6977">
      <w:pPr>
        <w:spacing w:before="200" w:after="40" w:line="240" w:lineRule="auto"/>
        <w:jc w:val="right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ลงชื่อ ……………………………………… ผู้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สมัคร</w:t>
      </w:r>
    </w:p>
    <w:p w14:paraId="622AB4F0" w14:textId="4EF5E314" w:rsidR="00FE7F4E" w:rsidRPr="00FE7F4E" w:rsidRDefault="00FE7F4E" w:rsidP="006B6977">
      <w:pPr>
        <w:spacing w:before="200" w:after="40" w:line="240" w:lineRule="auto"/>
        <w:jc w:val="right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(…</w:t>
      </w:r>
      <w:r w:rsidR="006B6977"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>.....................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……………………………………)</w:t>
      </w:r>
    </w:p>
    <w:p w14:paraId="1B6C4ECE" w14:textId="73EFD7D1" w:rsidR="00FE7F4E" w:rsidRPr="00FE7F4E" w:rsidRDefault="00FE7F4E" w:rsidP="00FE7F4E">
      <w:pPr>
        <w:spacing w:after="40" w:line="240" w:lineRule="auto"/>
        <w:jc w:val="right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วันที่ ......</w:t>
      </w:r>
      <w:r w:rsidR="006B6977"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>......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../.......</w:t>
      </w:r>
      <w:r w:rsidR="006B6977"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>................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./...</w:t>
      </w:r>
      <w:r w:rsidR="006B6977"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>............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.....</w:t>
      </w:r>
    </w:p>
    <w:p w14:paraId="2517F2BB" w14:textId="77777777" w:rsidR="00FE7F4E" w:rsidRPr="00FE7F4E" w:rsidRDefault="00FE7F4E" w:rsidP="00FE7F4E">
      <w:pPr>
        <w:pageBreakBefore/>
        <w:spacing w:after="40" w:line="240" w:lineRule="auto"/>
        <w:jc w:val="right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:cs/>
          <w14:ligatures w14:val="none"/>
        </w:rPr>
        <w:lastRenderedPageBreak/>
        <w:t xml:space="preserve">เอกสารแนบ 2 </w:t>
      </w:r>
    </w:p>
    <w:p w14:paraId="22C7A4C3" w14:textId="77777777" w:rsidR="00FE7F4E" w:rsidRPr="00FE7F4E" w:rsidRDefault="00FE7F4E" w:rsidP="00FE7F4E">
      <w:pPr>
        <w:spacing w:after="40" w:line="240" w:lineRule="auto"/>
        <w:jc w:val="center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แบบสรุปผลงาน</w:t>
      </w:r>
    </w:p>
    <w:p w14:paraId="6008827D" w14:textId="1F43D4B2" w:rsidR="00FE7F4E" w:rsidRPr="00FE7F4E" w:rsidRDefault="006B6977" w:rsidP="00FE7F4E">
      <w:pPr>
        <w:spacing w:after="40" w:line="240" w:lineRule="auto"/>
        <w:jc w:val="center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>
        <w:rPr>
          <w:rFonts w:ascii="TH SarabunIT๙" w:eastAsia="TH SarabunPSK" w:hAnsi="TH SarabunIT๙" w:cs="TH SarabunIT๙" w:hint="cs"/>
          <w:b/>
          <w:bCs/>
          <w:noProof/>
          <w:kern w:val="0"/>
          <w:cs/>
          <w14:ligatures w14:val="none"/>
        </w:rPr>
        <w:t>วัน</w:t>
      </w:r>
      <w:r w:rsidR="00FE7F4E"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ผู้ประกอบวิชาชีพการสาธารณสุขชุมชน ประจำปี 2569</w:t>
      </w:r>
    </w:p>
    <w:p w14:paraId="52A6184D" w14:textId="4A475250" w:rsidR="00FE7F4E" w:rsidRPr="00C42BD8" w:rsidRDefault="00FE7F4E" w:rsidP="006B6977">
      <w:pPr>
        <w:spacing w:before="240" w:after="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C42BD8">
        <w:rPr>
          <w:rFonts w:ascii="TH SarabunIT๙" w:eastAsia="TH SarabunPSK" w:hAnsi="TH SarabunIT๙" w:cs="TH SarabunIT๙"/>
          <w:b/>
          <w:bCs/>
          <w:noProof/>
          <w:kern w:val="0"/>
          <w:cs/>
          <w14:ligatures w14:val="none"/>
        </w:rPr>
        <w:t>ข้อกำหนด</w:t>
      </w:r>
      <w:r w:rsidRPr="00C42BD8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 xml:space="preserve"> </w:t>
      </w:r>
      <w:r w:rsidR="006B6977" w:rsidRPr="00C42BD8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: </w:t>
      </w:r>
      <w:r w:rsidRPr="00C42BD8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ไม่เกิน 12 หน้ากระดาษ A4 ตัวอักษร TH SarabunPSK ขนาด 16 pt </w:t>
      </w:r>
    </w:p>
    <w:p w14:paraId="7DBE0D86" w14:textId="2859849E" w:rsidR="00FE7F4E" w:rsidRPr="00FE7F4E" w:rsidRDefault="00FE7F4E" w:rsidP="00FE7F4E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ชื่อผู้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สมัคร....................................</w:t>
      </w:r>
      <w:r w:rsidR="006B6977">
        <w:rPr>
          <w:rFonts w:ascii="TH SarabunIT๙" w:eastAsia="TH SarabunPSK" w:hAnsi="TH SarabunIT๙" w:cs="TH SarabunIT๙"/>
          <w:noProof/>
          <w:kern w:val="0"/>
          <w14:ligatures w14:val="none"/>
        </w:rPr>
        <w:t>.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.ตำแหน่ง และสังกัด.....................................</w:t>
      </w:r>
      <w:r w:rsidR="006B6977">
        <w:rPr>
          <w:rFonts w:ascii="TH SarabunIT๙" w:eastAsia="TH SarabunPSK" w:hAnsi="TH SarabunIT๙" w:cs="TH SarabunIT๙"/>
          <w:noProof/>
          <w:kern w:val="0"/>
          <w14:ligatures w14:val="none"/>
        </w:rPr>
        <w:t>.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..............................................</w:t>
      </w:r>
    </w:p>
    <w:p w14:paraId="7F19D047" w14:textId="711AB332" w:rsidR="00FE7F4E" w:rsidRPr="00FE7F4E" w:rsidRDefault="00FE7F4E" w:rsidP="00FE7F4E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เลขที่ใบอนุญาตประกอบวิชาชีพการสาธารณสุขชุมชน .............................</w:t>
      </w:r>
      <w:r w:rsidR="006B6977">
        <w:rPr>
          <w:rFonts w:ascii="TH SarabunIT๙" w:eastAsia="TH SarabunPSK" w:hAnsi="TH SarabunIT๙" w:cs="TH SarabunIT๙"/>
          <w:noProof/>
          <w:kern w:val="0"/>
          <w14:ligatures w14:val="none"/>
        </w:rPr>
        <w:t>.............................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.........................</w:t>
      </w:r>
    </w:p>
    <w:p w14:paraId="0E7BF28F" w14:textId="1AB96342" w:rsidR="006B6977" w:rsidRPr="00763E40" w:rsidRDefault="00FE7F4E" w:rsidP="00FE7F4E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ประเภทรางวัล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ที่ขอพิจารณา</w:t>
      </w: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 ……………………………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...................</w:t>
      </w:r>
      <w:r w:rsidR="006B6977">
        <w:rPr>
          <w:rFonts w:ascii="TH SarabunIT๙" w:eastAsia="TH SarabunPSK" w:hAnsi="TH SarabunIT๙" w:cs="TH SarabunIT๙"/>
          <w:noProof/>
          <w:kern w:val="0"/>
          <w14:ligatures w14:val="none"/>
        </w:rPr>
        <w:t>..........................................................</w:t>
      </w:r>
      <w:r w:rsidRPr="00FE7F4E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.............</w:t>
      </w:r>
    </w:p>
    <w:p w14:paraId="165DA822" w14:textId="77777777" w:rsidR="00FE7F4E" w:rsidRPr="00FE7F4E" w:rsidRDefault="00FE7F4E" w:rsidP="00FE7F4E">
      <w:pPr>
        <w:spacing w:before="80"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1. ชื่อผลงาน และด้านวิชาชีพที่เกี่ยวข้อง</w:t>
      </w:r>
    </w:p>
    <w:p w14:paraId="2207EECE" w14:textId="401D2E44" w:rsidR="00FE7F4E" w:rsidRPr="00FE7F4E" w:rsidRDefault="006B6977" w:rsidP="00FE7F4E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610F22" w14:textId="77777777" w:rsidR="00FE7F4E" w:rsidRPr="00FE7F4E" w:rsidRDefault="00FE7F4E" w:rsidP="00FE7F4E">
      <w:pPr>
        <w:spacing w:before="80"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2. สภาพปัญหาและข้อมูลก่อนดำเนินการ</w:t>
      </w:r>
    </w:p>
    <w:p w14:paraId="0BB6EEFD" w14:textId="15A44875" w:rsidR="006B6977" w:rsidRPr="00FE7F4E" w:rsidRDefault="006B6977" w:rsidP="006B6977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DEC7BD" w14:textId="77777777" w:rsidR="00FE7F4E" w:rsidRPr="00FE7F4E" w:rsidRDefault="00FE7F4E" w:rsidP="00FE7F4E">
      <w:pPr>
        <w:spacing w:before="80"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3. วิธีดำเนินงาน และภาคีเครือข่ายที่ร่วมดำเนินการ</w:t>
      </w:r>
    </w:p>
    <w:p w14:paraId="03FB0827" w14:textId="0FD5BC44" w:rsidR="006B6977" w:rsidRPr="00FE7F4E" w:rsidRDefault="006B6977" w:rsidP="006B6977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10D697" w14:textId="55218D07" w:rsidR="00FE7F4E" w:rsidRPr="00FE7F4E" w:rsidRDefault="00FE7F4E" w:rsidP="00FE7F4E">
      <w:pPr>
        <w:spacing w:before="80"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:cs/>
          <w14:ligatures w14:val="none"/>
        </w:rPr>
        <w:t>4</w:t>
      </w: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 xml:space="preserve">. การนำไปใช้ประโยชน์: ระดับ </w:t>
      </w:r>
      <w:r w:rsidRPr="00FE7F4E">
        <w:rPr>
          <w:rFonts w:ascii="Segoe UI Symbol" w:eastAsia="TH SarabunPSK" w:hAnsi="Segoe UI Symbol" w:cs="Segoe UI Symbol"/>
          <w:b/>
          <w:bCs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 xml:space="preserve"> นานาชาติ </w:t>
      </w:r>
      <w:r w:rsidRPr="00FE7F4E">
        <w:rPr>
          <w:rFonts w:ascii="Segoe UI Symbol" w:eastAsia="TH SarabunPSK" w:hAnsi="Segoe UI Symbol" w:cs="Segoe UI Symbol"/>
          <w:b/>
          <w:bCs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 xml:space="preserve"> ประเทศ </w:t>
      </w:r>
      <w:r w:rsidRPr="00FE7F4E">
        <w:rPr>
          <w:rFonts w:ascii="Segoe UI Symbol" w:eastAsia="TH SarabunPSK" w:hAnsi="Segoe UI Symbol" w:cs="Segoe UI Symbol"/>
          <w:b/>
          <w:bCs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 xml:space="preserve"> เขตสุขภาพ </w:t>
      </w:r>
      <w:r w:rsidRPr="00FE7F4E">
        <w:rPr>
          <w:rFonts w:ascii="Segoe UI Symbol" w:eastAsia="TH SarabunPSK" w:hAnsi="Segoe UI Symbol" w:cs="Segoe UI Symbol"/>
          <w:b/>
          <w:bCs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 xml:space="preserve"> จังหวัด </w:t>
      </w:r>
    </w:p>
    <w:p w14:paraId="0BEA2E6B" w14:textId="2E947192" w:rsidR="00FE7F4E" w:rsidRPr="006B6977" w:rsidRDefault="006B6977" w:rsidP="006B6977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0101A1" w14:textId="77777777" w:rsidR="00763E40" w:rsidRDefault="00FE7F4E" w:rsidP="00763E40">
      <w:pPr>
        <w:spacing w:before="80" w:after="40" w:line="240" w:lineRule="auto"/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 xml:space="preserve">6. การนำเสนอ/เผยแพร่: ระดับ </w:t>
      </w:r>
      <w:r w:rsidRPr="00FE7F4E">
        <w:rPr>
          <w:rFonts w:ascii="Segoe UI Symbol" w:eastAsia="TH SarabunPSK" w:hAnsi="Segoe UI Symbol" w:cs="Segoe UI Symbol"/>
          <w:b/>
          <w:bCs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 xml:space="preserve"> นานาชาติ </w:t>
      </w:r>
      <w:r w:rsidRPr="00FE7F4E">
        <w:rPr>
          <w:rFonts w:ascii="Segoe UI Symbol" w:eastAsia="TH SarabunPSK" w:hAnsi="Segoe UI Symbol" w:cs="Segoe UI Symbol"/>
          <w:b/>
          <w:bCs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 xml:space="preserve"> ประเทศ </w:t>
      </w:r>
      <w:r w:rsidRPr="00FE7F4E">
        <w:rPr>
          <w:rFonts w:ascii="Segoe UI Symbol" w:eastAsia="TH SarabunPSK" w:hAnsi="Segoe UI Symbol" w:cs="Segoe UI Symbol"/>
          <w:b/>
          <w:bCs/>
          <w:noProof/>
          <w:kern w:val="0"/>
          <w14:ligatures w14:val="none"/>
        </w:rPr>
        <w:t>☐</w:t>
      </w: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 xml:space="preserve"> เขตสุขภาพ </w:t>
      </w:r>
      <w:r w:rsidR="00763E40">
        <w:rPr>
          <w:rFonts w:ascii="TH SarabunIT๙" w:eastAsia="TH SarabunPSK" w:hAnsi="TH SarabunIT๙" w:cs="TH SarabunIT๙" w:hint="cs"/>
          <w:b/>
          <w:bCs/>
          <w:noProof/>
          <w:kern w:val="0"/>
          <w:cs/>
          <w14:ligatures w14:val="none"/>
        </w:rPr>
        <w:t xml:space="preserve"> </w:t>
      </w:r>
    </w:p>
    <w:p w14:paraId="09A84BB2" w14:textId="262A4EC9" w:rsidR="006B6977" w:rsidRPr="00763E40" w:rsidRDefault="00FE7F4E" w:rsidP="00763E40">
      <w:pPr>
        <w:spacing w:before="80" w:after="40" w:line="240" w:lineRule="auto"/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 xml:space="preserve">เวที/วารสาร ปี </w:t>
      </w:r>
      <w:r w:rsidR="00763E40"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…………………………………</w:t>
      </w: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.....</w:t>
      </w:r>
      <w:r w:rsidR="006B6977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..............................</w:t>
      </w: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...</w:t>
      </w:r>
      <w:r w:rsidR="006B6977"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ADBBE7" w14:textId="502F8CCD" w:rsidR="00FE7F4E" w:rsidRPr="00FE7F4E" w:rsidRDefault="00FE7F4E" w:rsidP="00FE7F4E">
      <w:pPr>
        <w:spacing w:before="80"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7. ผลลัพธ์เปรียบเทียบก่อน</w:t>
      </w:r>
      <w:r w:rsidR="00763E40">
        <w:rPr>
          <w:rFonts w:ascii="TH SarabunIT๙" w:eastAsia="TH SarabunPSK" w:hAnsi="TH SarabunIT๙" w:cs="TH SarabunIT๙" w:hint="cs"/>
          <w:b/>
          <w:bCs/>
          <w:noProof/>
          <w:kern w:val="0"/>
          <w:cs/>
          <w14:ligatures w14:val="none"/>
        </w:rPr>
        <w:t xml:space="preserve"> </w:t>
      </w: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–</w:t>
      </w:r>
      <w:r w:rsidR="00763E40">
        <w:rPr>
          <w:rFonts w:ascii="TH SarabunIT๙" w:eastAsia="TH SarabunPSK" w:hAnsi="TH SarabunIT๙" w:cs="TH SarabunIT๙" w:hint="cs"/>
          <w:b/>
          <w:bCs/>
          <w:noProof/>
          <w:kern w:val="0"/>
          <w:cs/>
          <w14:ligatures w14:val="none"/>
        </w:rPr>
        <w:t xml:space="preserve"> </w:t>
      </w: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หลัง</w:t>
      </w:r>
    </w:p>
    <w:p w14:paraId="29CA95A0" w14:textId="086F0548" w:rsidR="006B6977" w:rsidRPr="00FE7F4E" w:rsidRDefault="006B6977" w:rsidP="006B6977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248230" w14:textId="7397B842" w:rsidR="00FE7F4E" w:rsidRPr="00FE7F4E" w:rsidRDefault="00FE7F4E" w:rsidP="00FE7F4E">
      <w:pPr>
        <w:spacing w:before="80"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 xml:space="preserve">8. ผลงานตามประเภทรางวัล: ตอบครบ 4 ข้อตามเกณฑ์ข้อ (ก) ของประเภทที่ยื่น </w:t>
      </w:r>
    </w:p>
    <w:p w14:paraId="5BDADA37" w14:textId="5A7C7C7B" w:rsidR="006B6977" w:rsidRPr="00FE7F4E" w:rsidRDefault="006B6977" w:rsidP="006B6977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ABF43E" w14:textId="77777777" w:rsidR="00FE7F4E" w:rsidRPr="00FE7F4E" w:rsidRDefault="00FE7F4E" w:rsidP="00FE7F4E">
      <w:pPr>
        <w:spacing w:before="80"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:cs/>
          <w14:ligatures w14:val="none"/>
        </w:rPr>
        <w:t>9</w:t>
      </w: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. ข้อมูลเพิ่มเติม (ถ้ามี)</w:t>
      </w:r>
    </w:p>
    <w:p w14:paraId="75F24792" w14:textId="2B12B9CF" w:rsidR="006B6977" w:rsidRPr="00FE7F4E" w:rsidRDefault="006B6977" w:rsidP="006B6977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7B2648" w14:textId="77777777" w:rsidR="00FE7F4E" w:rsidRPr="00FE7F4E" w:rsidRDefault="00FE7F4E" w:rsidP="00FE7F4E">
      <w:pPr>
        <w:pageBreakBefore/>
        <w:spacing w:after="40" w:line="240" w:lineRule="auto"/>
        <w:jc w:val="right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:cs/>
          <w14:ligatures w14:val="none"/>
        </w:rPr>
        <w:lastRenderedPageBreak/>
        <w:t>เอกสารแนบ 3</w:t>
      </w:r>
    </w:p>
    <w:p w14:paraId="05787DEA" w14:textId="77777777" w:rsidR="00FE7F4E" w:rsidRPr="00FE7F4E" w:rsidRDefault="00FE7F4E" w:rsidP="00FE7F4E">
      <w:pPr>
        <w:spacing w:after="40" w:line="240" w:lineRule="auto"/>
        <w:jc w:val="center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หนังสือยินยอมให้ตรวจสอบข้อมูล</w:t>
      </w:r>
    </w:p>
    <w:p w14:paraId="7A8320E4" w14:textId="68811612" w:rsidR="00FE7F4E" w:rsidRPr="00FE7F4E" w:rsidRDefault="006B6977" w:rsidP="00FE7F4E">
      <w:pPr>
        <w:spacing w:after="40" w:line="240" w:lineRule="auto"/>
        <w:jc w:val="center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>
        <w:rPr>
          <w:rFonts w:ascii="TH SarabunIT๙" w:eastAsia="TH SarabunPSK" w:hAnsi="TH SarabunIT๙" w:cs="TH SarabunIT๙" w:hint="cs"/>
          <w:b/>
          <w:bCs/>
          <w:noProof/>
          <w:kern w:val="0"/>
          <w:cs/>
          <w14:ligatures w14:val="none"/>
        </w:rPr>
        <w:t>วัน</w:t>
      </w:r>
      <w:r w:rsidR="00FE7F4E" w:rsidRPr="00FE7F4E">
        <w:rPr>
          <w:rFonts w:ascii="TH SarabunIT๙" w:eastAsia="TH SarabunPSK" w:hAnsi="TH SarabunIT๙" w:cs="TH SarabunIT๙"/>
          <w:b/>
          <w:bCs/>
          <w:noProof/>
          <w:kern w:val="0"/>
          <w14:ligatures w14:val="none"/>
        </w:rPr>
        <w:t>ผู้ประกอบวิชาชีพการสาธารณสุขชุมชน ประจำปี 2569</w:t>
      </w:r>
    </w:p>
    <w:p w14:paraId="1391D573" w14:textId="77777777" w:rsidR="00FE7F4E" w:rsidRPr="00FE7F4E" w:rsidRDefault="00FE7F4E" w:rsidP="00FE7F4E">
      <w:pPr>
        <w:spacing w:before="120"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</w:p>
    <w:p w14:paraId="23072AE6" w14:textId="38B3E161" w:rsidR="006B6977" w:rsidRDefault="00FE7F4E" w:rsidP="006B6977">
      <w:pPr>
        <w:spacing w:before="120"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ข้</w:t>
      </w:r>
      <w:r w:rsidR="006B6977" w:rsidRPr="006B6977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าพเจ้า ……………………………................................…………  ตำแหน่ง .......................................................... สถานที่ปฏิบัติงา</w:t>
      </w:r>
      <w:r w:rsidR="006B6977"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>น</w:t>
      </w:r>
      <w:r w:rsidR="006B6977" w:rsidRPr="006B6977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................................................................................................................................</w:t>
      </w:r>
      <w:r w:rsidR="006B6977"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>..........</w:t>
      </w:r>
    </w:p>
    <w:p w14:paraId="596B1CB3" w14:textId="1D4AF31E" w:rsidR="00FE7F4E" w:rsidRPr="00FE7F4E" w:rsidRDefault="006B6977" w:rsidP="006B6977">
      <w:pPr>
        <w:spacing w:before="120"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6B6977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..................................................</w:t>
      </w:r>
      <w:r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>..</w:t>
      </w:r>
      <w:r w:rsidRPr="006B6977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...................................................................................................................เลขที่ใบอนุญาตประกอบวิชาชีพการสาธารณสุขชุมชน ……………</w:t>
      </w:r>
      <w:r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>...............................................</w:t>
      </w:r>
      <w:r w:rsidRPr="006B6977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………………</w:t>
      </w:r>
    </w:p>
    <w:p w14:paraId="7FC29409" w14:textId="45B1E816" w:rsidR="006B6977" w:rsidRDefault="006B6977" w:rsidP="006B6977">
      <w:pPr>
        <w:spacing w:before="200" w:after="40" w:line="240" w:lineRule="auto"/>
        <w:jc w:val="thaiDistribute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 w:rsidR="00763E40"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>ข้าพเจ้า</w:t>
      </w:r>
      <w:r w:rsidRPr="006B6977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 xml:space="preserve">ยินยอมให้สภาการสาธารณสุขชุมชนตรวจสอบข้อมูลใบอนุญาต ประวัติการทำงาน </w:t>
      </w:r>
      <w:r w:rsidR="00763E40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br/>
      </w:r>
      <w:r w:rsidRPr="006B6977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 xml:space="preserve">ประวัติทางวินัยและคดีความเก็บและใช้ข้อมูลส่วนบุคคลเพื่อการพิจารณารางวัลครั้งนี้ตามพระราชบัญญัติคุ้มครองข้อมูลส่วนบุคคล พ.ศ. </w:t>
      </w:r>
      <w:r w:rsidRPr="006B6977">
        <w:rPr>
          <w:rFonts w:ascii="TH SarabunIT๙" w:eastAsia="TH SarabunPSK" w:hAnsi="TH SarabunIT๙" w:cs="TH SarabunIT๙"/>
          <w:noProof/>
          <w:kern w:val="0"/>
          <w14:ligatures w14:val="none"/>
        </w:rPr>
        <w:t xml:space="preserve">2562 </w:t>
      </w:r>
      <w:r w:rsidRPr="006B6977"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>และเผยแพร่ชื่อ รูปถ่าย และผลงานโดยสรุป หากได้รับรางวัล</w:t>
      </w:r>
      <w:r w:rsidR="00763E40"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>ดังกล่าว</w:t>
      </w:r>
    </w:p>
    <w:p w14:paraId="71CF5122" w14:textId="77777777" w:rsidR="006B6977" w:rsidRDefault="006B6977" w:rsidP="00FE7F4E">
      <w:pPr>
        <w:spacing w:before="200" w:after="40" w:line="240" w:lineRule="auto"/>
        <w:jc w:val="right"/>
        <w:rPr>
          <w:rFonts w:ascii="TH SarabunIT๙" w:eastAsia="TH SarabunPSK" w:hAnsi="TH SarabunIT๙" w:cs="TH SarabunIT๙"/>
          <w:noProof/>
          <w:kern w:val="0"/>
          <w14:ligatures w14:val="none"/>
        </w:rPr>
      </w:pPr>
    </w:p>
    <w:p w14:paraId="0647DBC3" w14:textId="77777777" w:rsidR="006B6977" w:rsidRDefault="006B6977" w:rsidP="00FE7F4E">
      <w:pPr>
        <w:spacing w:before="200" w:after="40" w:line="240" w:lineRule="auto"/>
        <w:jc w:val="right"/>
        <w:rPr>
          <w:rFonts w:ascii="TH SarabunIT๙" w:eastAsia="TH SarabunPSK" w:hAnsi="TH SarabunIT๙" w:cs="TH SarabunIT๙"/>
          <w:noProof/>
          <w:kern w:val="0"/>
          <w14:ligatures w14:val="none"/>
        </w:rPr>
      </w:pPr>
    </w:p>
    <w:p w14:paraId="07F8D8EE" w14:textId="66B611A2" w:rsidR="00FE7F4E" w:rsidRPr="00FE7F4E" w:rsidRDefault="00FE7F4E" w:rsidP="00FE7F4E">
      <w:pPr>
        <w:spacing w:before="200" w:after="40" w:line="240" w:lineRule="auto"/>
        <w:jc w:val="right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ลงชื่อ ……………………………………… ผู้ให้ความยินยอม</w:t>
      </w:r>
    </w:p>
    <w:p w14:paraId="77D79B36" w14:textId="77777777" w:rsidR="006B6977" w:rsidRDefault="006B6977" w:rsidP="006B6977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 xml:space="preserve">       </w:t>
      </w:r>
      <w:r w:rsidR="00FE7F4E"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(……</w:t>
      </w:r>
      <w:r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>.......................................</w:t>
      </w:r>
      <w:r w:rsidR="00FE7F4E"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………………)</w:t>
      </w:r>
    </w:p>
    <w:p w14:paraId="4A3F374F" w14:textId="45106BDF" w:rsidR="00FE7F4E" w:rsidRPr="00FE7F4E" w:rsidRDefault="006B6977" w:rsidP="006B6977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</w:pPr>
      <w:r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noProof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 xml:space="preserve">         </w:t>
      </w:r>
      <w:r w:rsidR="00FE7F4E"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วันที่ ....</w:t>
      </w:r>
      <w:r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>......</w:t>
      </w:r>
      <w:r w:rsidR="00FE7F4E"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..../.</w:t>
      </w:r>
      <w:r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>.............</w:t>
      </w:r>
      <w:r w:rsidR="00FE7F4E"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......./.</w:t>
      </w:r>
      <w:r>
        <w:rPr>
          <w:rFonts w:ascii="TH SarabunIT๙" w:eastAsia="TH SarabunPSK" w:hAnsi="TH SarabunIT๙" w:cs="TH SarabunIT๙" w:hint="cs"/>
          <w:noProof/>
          <w:kern w:val="0"/>
          <w:cs/>
          <w14:ligatures w14:val="none"/>
        </w:rPr>
        <w:t>.......</w:t>
      </w:r>
      <w:r w:rsidR="00FE7F4E" w:rsidRPr="00FE7F4E">
        <w:rPr>
          <w:rFonts w:ascii="TH SarabunIT๙" w:eastAsia="TH SarabunPSK" w:hAnsi="TH SarabunIT๙" w:cs="TH SarabunIT๙"/>
          <w:noProof/>
          <w:kern w:val="0"/>
          <w14:ligatures w14:val="none"/>
        </w:rPr>
        <w:t>.......</w:t>
      </w:r>
    </w:p>
    <w:p w14:paraId="3BB951AF" w14:textId="77777777" w:rsidR="006B6977" w:rsidRDefault="006B6977" w:rsidP="00FE7F4E">
      <w:pPr>
        <w:spacing w:after="40" w:line="240" w:lineRule="auto"/>
        <w:rPr>
          <w:rFonts w:ascii="TH SarabunIT๙" w:eastAsia="TH SarabunPSK" w:hAnsi="TH SarabunIT๙" w:cs="TH SarabunIT๙"/>
          <w:noProof/>
          <w:kern w:val="0"/>
          <w14:ligatures w14:val="none"/>
        </w:rPr>
        <w:sectPr w:rsidR="006B6977" w:rsidSect="006B6977">
          <w:pgSz w:w="11906" w:h="16838"/>
          <w:pgMar w:top="1134" w:right="1417" w:bottom="851" w:left="1417" w:header="720" w:footer="720" w:gutter="0"/>
          <w:cols w:space="720"/>
          <w:docGrid w:linePitch="360"/>
        </w:sectPr>
      </w:pPr>
    </w:p>
    <w:p w14:paraId="24B2FEC3" w14:textId="77777777" w:rsidR="006B6977" w:rsidRPr="006B6977" w:rsidRDefault="006B6977" w:rsidP="006B6977">
      <w:pPr>
        <w:spacing w:after="40" w:line="240" w:lineRule="auto"/>
        <w:jc w:val="right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b/>
          <w:bCs/>
          <w:kern w:val="0"/>
          <w:cs/>
          <w14:ligatures w14:val="none"/>
        </w:rPr>
        <w:lastRenderedPageBreak/>
        <w:t xml:space="preserve">เอกสารแนบ </w:t>
      </w:r>
      <w:r w:rsidRPr="006B6977">
        <w:rPr>
          <w:rFonts w:ascii="TH SarabunIT๙" w:eastAsia="TH SarabunPSK" w:hAnsi="TH SarabunIT๙" w:cs="TH SarabunIT๙"/>
          <w:b/>
          <w:bCs/>
          <w:kern w:val="0"/>
          <w:lang w:bidi="ar-SA"/>
          <w14:ligatures w14:val="none"/>
        </w:rPr>
        <w:t>4</w:t>
      </w:r>
    </w:p>
    <w:p w14:paraId="01E44EF1" w14:textId="77777777" w:rsidR="006B6977" w:rsidRPr="006B6977" w:rsidRDefault="006B6977" w:rsidP="006B6977">
      <w:pPr>
        <w:spacing w:after="40" w:line="240" w:lineRule="auto"/>
        <w:jc w:val="center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b/>
          <w:bCs/>
          <w:kern w:val="0"/>
          <w:cs/>
          <w14:ligatures w14:val="none"/>
        </w:rPr>
        <w:t>หนังสือรับรองจากหน่วยงานต้นสังกัด</w:t>
      </w:r>
    </w:p>
    <w:p w14:paraId="00D53B28" w14:textId="77777777" w:rsidR="00763E40" w:rsidRDefault="00763E40" w:rsidP="006B6977">
      <w:pPr>
        <w:spacing w:before="240" w:after="0" w:line="240" w:lineRule="auto"/>
        <w:jc w:val="right"/>
        <w:rPr>
          <w:rFonts w:ascii="TH SarabunIT๙" w:eastAsia="TH SarabunPSK" w:hAnsi="TH SarabunIT๙" w:cs="TH SarabunIT๙"/>
          <w:b/>
          <w:bCs/>
          <w:kern w:val="0"/>
          <w14:ligatures w14:val="none"/>
        </w:rPr>
      </w:pPr>
    </w:p>
    <w:p w14:paraId="77A6DDB4" w14:textId="55217D6A" w:rsidR="006B6977" w:rsidRPr="006B6977" w:rsidRDefault="006B6977" w:rsidP="006B6977">
      <w:pPr>
        <w:spacing w:before="240" w:after="0" w:line="240" w:lineRule="auto"/>
        <w:jc w:val="right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เขียนที่ …</w:t>
      </w:r>
      <w:r w:rsidRPr="006B6977">
        <w:rPr>
          <w:rFonts w:ascii="TH SarabunIT๙" w:eastAsia="TH SarabunPSK" w:hAnsi="TH SarabunIT๙" w:cs="TH SarabunIT๙"/>
          <w:kern w:val="0"/>
          <w14:ligatures w14:val="none"/>
        </w:rPr>
        <w:t>...................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……………………………</w:t>
      </w:r>
    </w:p>
    <w:p w14:paraId="579443A4" w14:textId="77777777" w:rsidR="006B6977" w:rsidRPr="006B6977" w:rsidRDefault="006B6977" w:rsidP="006B6977">
      <w:pPr>
        <w:spacing w:after="40" w:line="240" w:lineRule="auto"/>
        <w:jc w:val="right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วันที่ ........ เดือน .................... พ.ศ. ............</w:t>
      </w:r>
    </w:p>
    <w:p w14:paraId="6DF3D127" w14:textId="2C83BB85" w:rsidR="006B6977" w:rsidRPr="006B6977" w:rsidRDefault="006B6977" w:rsidP="006B6977">
      <w:pPr>
        <w:spacing w:before="80" w:after="40" w:line="240" w:lineRule="auto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ข้าพเจ้า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(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ชื่อ</w:t>
      </w:r>
      <w:r w:rsidR="00763E40">
        <w:rPr>
          <w:rFonts w:ascii="TH SarabunIT๙" w:eastAsia="TH SarabunPSK" w:hAnsi="TH SarabunIT๙" w:cs="TH SarabunIT๙" w:hint="cs"/>
          <w:kern w:val="0"/>
          <w:cs/>
          <w14:ligatures w14:val="none"/>
        </w:rPr>
        <w:t xml:space="preserve">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–</w:t>
      </w:r>
      <w:r w:rsidR="00763E40">
        <w:rPr>
          <w:rFonts w:ascii="TH SarabunIT๙" w:eastAsia="TH SarabunPSK" w:hAnsi="TH SarabunIT๙" w:cs="TH SarabunIT๙" w:hint="cs"/>
          <w:kern w:val="0"/>
          <w:cs/>
          <w14:ligatures w14:val="none"/>
        </w:rPr>
        <w:t xml:space="preserve">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สกุล) …………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......................................................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...................................................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…………</w:t>
      </w:r>
      <w:r w:rsidR="00763E40">
        <w:rPr>
          <w:rFonts w:ascii="TH SarabunIT๙" w:eastAsia="TH SarabunPSK" w:hAnsi="TH SarabunIT๙" w:cs="TH SarabunIT๙" w:hint="cs"/>
          <w:kern w:val="0"/>
          <w:cs/>
          <w14:ligatures w14:val="none"/>
        </w:rPr>
        <w:t>.</w:t>
      </w:r>
    </w:p>
    <w:p w14:paraId="3DABB88F" w14:textId="34135537" w:rsidR="006B6977" w:rsidRPr="006B6977" w:rsidRDefault="006B6977" w:rsidP="006B6977">
      <w:pPr>
        <w:spacing w:after="40" w:line="240" w:lineRule="auto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ตำแหน่ง ………………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.................................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………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หน่วยงาน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/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สังกัด ………………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...........................................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………</w:t>
      </w:r>
    </w:p>
    <w:p w14:paraId="596F72D2" w14:textId="2394B649" w:rsidR="00763E40" w:rsidRDefault="006B6977" w:rsidP="00763E40">
      <w:pPr>
        <w:spacing w:after="40" w:line="240" w:lineRule="auto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ในฐานะ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 </w:t>
      </w:r>
      <w:r w:rsidRPr="006B6977">
        <w:rPr>
          <w:rFonts w:ascii="Segoe UI Symbol" w:eastAsia="TH SarabunPSK" w:hAnsi="Segoe UI Symbol" w:cs="Segoe UI Symbol"/>
          <w:kern w:val="0"/>
          <w:lang w:bidi="ar-SA"/>
          <w14:ligatures w14:val="none"/>
        </w:rPr>
        <w:t>☐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หัวหน้าหน่วยงาน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  </w:t>
      </w:r>
      <w:r w:rsidRPr="006B6977">
        <w:rPr>
          <w:rFonts w:ascii="Segoe UI Symbol" w:eastAsia="TH SarabunPSK" w:hAnsi="Segoe UI Symbol" w:cs="Segoe UI Symbol"/>
          <w:kern w:val="0"/>
          <w:lang w:bidi="ar-SA"/>
          <w14:ligatures w14:val="none"/>
        </w:rPr>
        <w:t>☐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ผู้บังคับบัญชา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  </w:t>
      </w:r>
      <w:r w:rsidRPr="006B6977">
        <w:rPr>
          <w:rFonts w:ascii="Segoe UI Symbol" w:eastAsia="TH SarabunPSK" w:hAnsi="Segoe UI Symbol" w:cs="Segoe UI Symbol"/>
          <w:kern w:val="0"/>
          <w:lang w:bidi="ar-SA"/>
          <w14:ligatures w14:val="none"/>
        </w:rPr>
        <w:t>☐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ผู้ได้รับมอบหมาย</w:t>
      </w:r>
    </w:p>
    <w:p w14:paraId="0641EC2A" w14:textId="72542933" w:rsidR="006B6977" w:rsidRPr="006B6977" w:rsidRDefault="006B6977" w:rsidP="006B6977">
      <w:pPr>
        <w:spacing w:before="120" w:after="40" w:line="240" w:lineRule="auto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ขอรับรองว่า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(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ชื่อ</w:t>
      </w:r>
      <w:r w:rsidR="00763E40">
        <w:rPr>
          <w:rFonts w:ascii="TH SarabunIT๙" w:eastAsia="TH SarabunPSK" w:hAnsi="TH SarabunIT๙" w:cs="TH SarabunIT๙" w:hint="cs"/>
          <w:kern w:val="0"/>
          <w:cs/>
          <w14:ligatures w14:val="none"/>
        </w:rPr>
        <w:t xml:space="preserve">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–</w:t>
      </w:r>
      <w:r w:rsidR="00763E40">
        <w:rPr>
          <w:rFonts w:ascii="TH SarabunIT๙" w:eastAsia="TH SarabunPSK" w:hAnsi="TH SarabunIT๙" w:cs="TH SarabunIT๙" w:hint="cs"/>
          <w:kern w:val="0"/>
          <w:cs/>
          <w14:ligatures w14:val="none"/>
        </w:rPr>
        <w:t xml:space="preserve">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สกุล) ………………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....................................................................................................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……………</w:t>
      </w:r>
    </w:p>
    <w:p w14:paraId="2A0DBBEF" w14:textId="63EFFE01" w:rsidR="006B6977" w:rsidRPr="006B6977" w:rsidRDefault="006B6977" w:rsidP="006B6977">
      <w:pPr>
        <w:spacing w:after="40" w:line="240" w:lineRule="auto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ตำแหน่ง …………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..................................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……………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หน่วยงาน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/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สังกัด ………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.....................................................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……</w:t>
      </w:r>
    </w:p>
    <w:p w14:paraId="6BEF8DE6" w14:textId="14D18468" w:rsidR="006B6977" w:rsidRPr="006B6977" w:rsidRDefault="006B6977" w:rsidP="006B6977">
      <w:pPr>
        <w:spacing w:after="40" w:line="240" w:lineRule="auto"/>
        <w:rPr>
          <w:rFonts w:ascii="TH SarabunIT๙" w:eastAsia="TH SarabunPSK" w:hAnsi="TH SarabunIT๙" w:cs="TH SarabunIT๙"/>
          <w:kern w:val="0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เลขที่ใบอนุญาตประกอบวิชาชีพการสาธารณสุขชุมชน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………………………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............................................................</w:t>
      </w:r>
    </w:p>
    <w:p w14:paraId="602394BB" w14:textId="17E073BD" w:rsidR="006B6977" w:rsidRPr="006B6977" w:rsidRDefault="006B6977" w:rsidP="006B6977">
      <w:pPr>
        <w:spacing w:after="40" w:line="240" w:lineRule="auto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ซึ่งยื่นขอรับการพิจารณาประเภทรางวัลที่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...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.....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ด้าน ………………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........................................................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………</w:t>
      </w:r>
    </w:p>
    <w:p w14:paraId="500DC497" w14:textId="77777777" w:rsidR="006B6977" w:rsidRPr="006B6977" w:rsidRDefault="006B6977" w:rsidP="006B6977">
      <w:pPr>
        <w:spacing w:before="80" w:after="40" w:line="240" w:lineRule="auto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b/>
          <w:bCs/>
          <w:kern w:val="0"/>
          <w:cs/>
          <w14:ligatures w14:val="none"/>
        </w:rPr>
        <w:t>ข้อเท็จจริงที่รับรอง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(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 xml:space="preserve">ทำเครื่องหมาย </w:t>
      </w:r>
      <w:r w:rsidRPr="006B6977">
        <w:rPr>
          <w:rFonts w:ascii="Segoe UI Symbol" w:eastAsia="TH SarabunPSK" w:hAnsi="Segoe UI Symbol" w:cs="Segoe UI Symbol" w:hint="cs"/>
          <w:kern w:val="0"/>
          <w:cs/>
          <w14:ligatures w14:val="none"/>
        </w:rPr>
        <w:t>✓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 xml:space="preserve"> ในช่องที่เป็นจริง)</w:t>
      </w:r>
    </w:p>
    <w:p w14:paraId="3B3BBBF5" w14:textId="113FDA98" w:rsidR="006B6977" w:rsidRPr="006B6977" w:rsidRDefault="006B6977" w:rsidP="006B6977">
      <w:pPr>
        <w:spacing w:after="40" w:line="240" w:lineRule="auto"/>
        <w:ind w:left="425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Segoe UI Symbol" w:eastAsia="TH SarabunPSK" w:hAnsi="Segoe UI Symbol" w:cs="Segoe UI Symbol"/>
          <w:kern w:val="0"/>
          <w:lang w:bidi="ar-SA"/>
          <w14:ligatures w14:val="none"/>
        </w:rPr>
        <w:t>☐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ปฏิบัติงานในหน่วยงานนี้จริง ตั้งแต่ ....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..../......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../.....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... รวม ....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.... ปี</w:t>
      </w:r>
    </w:p>
    <w:p w14:paraId="7DA67D71" w14:textId="77777777" w:rsidR="006B6977" w:rsidRPr="006B6977" w:rsidRDefault="006B6977" w:rsidP="006B6977">
      <w:pPr>
        <w:spacing w:after="40" w:line="240" w:lineRule="auto"/>
        <w:ind w:left="425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Segoe UI Symbol" w:eastAsia="TH SarabunPSK" w:hAnsi="Segoe UI Symbol" w:cs="Segoe UI Symbol"/>
          <w:kern w:val="0"/>
          <w:lang w:bidi="ar-SA"/>
          <w14:ligatures w14:val="none"/>
        </w:rPr>
        <w:t>☐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ไม่เคยถูกลงโทษทางวินัย และไม่อยู่ระหว่างถูกสอบสวนทางวินัย</w:t>
      </w:r>
    </w:p>
    <w:p w14:paraId="77275747" w14:textId="77777777" w:rsidR="006B6977" w:rsidRPr="006B6977" w:rsidRDefault="006B6977" w:rsidP="006B6977">
      <w:pPr>
        <w:spacing w:after="40" w:line="240" w:lineRule="auto"/>
        <w:ind w:left="425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Segoe UI Symbol" w:eastAsia="TH SarabunPSK" w:hAnsi="Segoe UI Symbol" w:cs="Segoe UI Symbol"/>
          <w:kern w:val="0"/>
          <w:lang w:bidi="ar-SA"/>
          <w14:ligatures w14:val="none"/>
        </w:rPr>
        <w:t>☐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ไม่อยู่ระหว่างถูกดำเนินคดีอาญา เท่าที่หน่วยงานทราบ</w:t>
      </w:r>
    </w:p>
    <w:p w14:paraId="3B4C291E" w14:textId="77777777" w:rsidR="006B6977" w:rsidRPr="006B6977" w:rsidRDefault="006B6977" w:rsidP="006B6977">
      <w:pPr>
        <w:spacing w:after="40" w:line="240" w:lineRule="auto"/>
        <w:ind w:left="425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Segoe UI Symbol" w:eastAsia="TH SarabunPSK" w:hAnsi="Segoe UI Symbol" w:cs="Segoe UI Symbol"/>
          <w:kern w:val="0"/>
          <w:lang w:bidi="ar-SA"/>
          <w14:ligatures w14:val="none"/>
        </w:rPr>
        <w:t>☐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ผลงานที่เสนอเป็นผลงานที่ผู้ยื่นดำเนินการ/มีบทบาทหลักจริง</w:t>
      </w:r>
    </w:p>
    <w:p w14:paraId="73D23425" w14:textId="77777777" w:rsidR="006B6977" w:rsidRPr="006B6977" w:rsidRDefault="006B6977" w:rsidP="006B6977">
      <w:pPr>
        <w:spacing w:after="40" w:line="240" w:lineRule="auto"/>
        <w:ind w:left="425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Segoe UI Symbol" w:eastAsia="TH SarabunPSK" w:hAnsi="Segoe UI Symbol" w:cs="Segoe UI Symbol"/>
          <w:kern w:val="0"/>
          <w:lang w:bidi="ar-SA"/>
          <w14:ligatures w14:val="none"/>
        </w:rPr>
        <w:t>☐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ข้อมูลในแบบสรุปผลงาน (สช.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2)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ถูกต้องตามที่หน่วยงานทราบ</w:t>
      </w:r>
    </w:p>
    <w:p w14:paraId="62275DE2" w14:textId="0303D448" w:rsidR="006B6977" w:rsidRDefault="006B6977" w:rsidP="006B6977">
      <w:pPr>
        <w:spacing w:before="80" w:after="40" w:line="240" w:lineRule="auto"/>
        <w:rPr>
          <w:rFonts w:ascii="TH SarabunIT๙" w:eastAsia="TH SarabunPSK" w:hAnsi="TH SarabunIT๙" w:cs="TH SarabunIT๙"/>
          <w:kern w:val="0"/>
          <w14:ligatures w14:val="none"/>
        </w:rPr>
      </w:pPr>
      <w:r w:rsidRPr="006B6977">
        <w:rPr>
          <w:rFonts w:ascii="TH SarabunIT๙" w:eastAsia="TH SarabunPSK" w:hAnsi="TH SarabunIT๙" w:cs="TH SarabunIT๙"/>
          <w:b/>
          <w:bCs/>
          <w:kern w:val="0"/>
          <w:cs/>
          <w14:ligatures w14:val="none"/>
        </w:rPr>
        <w:t>ความเห็นเพิ่มเติม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(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ถ้ามี) …………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..................................................................................................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……………………</w:t>
      </w:r>
    </w:p>
    <w:p w14:paraId="3C5B5913" w14:textId="2CA29D14" w:rsidR="006B6977" w:rsidRPr="006B6977" w:rsidRDefault="006B6977" w:rsidP="006B6977">
      <w:pPr>
        <w:spacing w:before="80" w:after="40" w:line="240" w:lineRule="auto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…………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..................................................................................................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……………………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.........................................</w:t>
      </w:r>
    </w:p>
    <w:p w14:paraId="1B499D6A" w14:textId="77777777" w:rsidR="006B6977" w:rsidRDefault="006B6977" w:rsidP="006B6977">
      <w:pPr>
        <w:spacing w:before="80" w:after="40" w:line="240" w:lineRule="auto"/>
        <w:rPr>
          <w:rFonts w:ascii="TH SarabunIT๙" w:eastAsia="TH SarabunPSK" w:hAnsi="TH SarabunIT๙" w:cs="TH SarabunIT๙"/>
          <w:kern w:val="0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ข้าพเจ้ารับรองว่าข้อความข้างต้นเป็นความจริงทุกประการ</w:t>
      </w:r>
    </w:p>
    <w:p w14:paraId="7F408C1D" w14:textId="77777777" w:rsidR="006B6977" w:rsidRPr="006B6977" w:rsidRDefault="006B6977" w:rsidP="006B6977">
      <w:pPr>
        <w:spacing w:before="80" w:after="40" w:line="240" w:lineRule="auto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</w:p>
    <w:p w14:paraId="7228BE13" w14:textId="35331D86" w:rsidR="006B6977" w:rsidRPr="006B6977" w:rsidRDefault="006B6977" w:rsidP="006B6977">
      <w:pPr>
        <w:spacing w:after="40" w:line="240" w:lineRule="auto"/>
        <w:jc w:val="right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ลงชื่อ …………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…………………… ผู้รับรอง</w:t>
      </w:r>
    </w:p>
    <w:p w14:paraId="4343156F" w14:textId="55AD8201" w:rsidR="006B6977" w:rsidRPr="006B6977" w:rsidRDefault="006B6977" w:rsidP="006B6977">
      <w:pPr>
        <w:spacing w:after="40" w:line="240" w:lineRule="auto"/>
        <w:ind w:firstLine="5812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>(…………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>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.............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>…………………)</w:t>
      </w:r>
      <w:r>
        <w:rPr>
          <w:rFonts w:ascii="TH SarabunIT๙" w:eastAsia="TH SarabunPSK" w:hAnsi="TH SarabunIT๙" w:cs="TH SarabunIT๙"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kern w:val="0"/>
          <w:cs/>
          <w14:ligatures w14:val="none"/>
        </w:rPr>
        <w:tab/>
      </w:r>
      <w:r>
        <w:rPr>
          <w:rFonts w:ascii="TH SarabunIT๙" w:eastAsia="TH SarabunPSK" w:hAnsi="TH SarabunIT๙" w:cs="TH SarabunIT๙"/>
          <w:kern w:val="0"/>
          <w:cs/>
          <w14:ligatures w14:val="none"/>
        </w:rPr>
        <w:tab/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ตำแหน่ง ………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………………………</w:t>
      </w:r>
    </w:p>
    <w:p w14:paraId="5240BBC7" w14:textId="77777777" w:rsidR="006B6977" w:rsidRDefault="006B6977" w:rsidP="006B6977">
      <w:pPr>
        <w:spacing w:after="40" w:line="240" w:lineRule="auto"/>
        <w:ind w:firstLine="5812"/>
        <w:rPr>
          <w:rFonts w:ascii="TH SarabunIT๙" w:eastAsia="TH SarabunPSK" w:hAnsi="TH SarabunIT๙" w:cs="TH SarabunIT๙"/>
          <w:kern w:val="0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โทร. …………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...............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…………………</w:t>
      </w:r>
    </w:p>
    <w:p w14:paraId="55F90A74" w14:textId="185FE309" w:rsidR="006B6977" w:rsidRPr="006B6977" w:rsidRDefault="006B6977" w:rsidP="006B6977">
      <w:pPr>
        <w:spacing w:after="40" w:line="240" w:lineRule="auto"/>
        <w:ind w:firstLine="5812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 xml:space="preserve">         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>(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ประทับตราหน่วยงาน)</w:t>
      </w:r>
    </w:p>
    <w:p w14:paraId="4F454F8F" w14:textId="77777777" w:rsidR="006B6977" w:rsidRDefault="006B6977" w:rsidP="006B6977">
      <w:pPr>
        <w:spacing w:before="80" w:after="40" w:line="240" w:lineRule="auto"/>
        <w:rPr>
          <w:rFonts w:ascii="TH SarabunIT๙" w:eastAsia="TH SarabunPSK" w:hAnsi="TH SarabunIT๙" w:cs="TH SarabunIT๙"/>
          <w:b/>
          <w:bCs/>
          <w:kern w:val="0"/>
          <w14:ligatures w14:val="none"/>
        </w:rPr>
      </w:pPr>
    </w:p>
    <w:p w14:paraId="6828DA91" w14:textId="77777777" w:rsidR="006B6977" w:rsidRDefault="006B6977" w:rsidP="006B6977">
      <w:pPr>
        <w:spacing w:before="80" w:after="40" w:line="240" w:lineRule="auto"/>
        <w:rPr>
          <w:rFonts w:ascii="TH SarabunIT๙" w:eastAsia="TH SarabunPSK" w:hAnsi="TH SarabunIT๙" w:cs="TH SarabunIT๙"/>
          <w:b/>
          <w:bCs/>
          <w:kern w:val="0"/>
          <w14:ligatures w14:val="none"/>
        </w:rPr>
      </w:pPr>
    </w:p>
    <w:p w14:paraId="4E12FAC0" w14:textId="310A032E" w:rsidR="006B6977" w:rsidRPr="006B6977" w:rsidRDefault="006B6977" w:rsidP="006B6977">
      <w:pPr>
        <w:spacing w:before="80" w:after="40" w:line="240" w:lineRule="auto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b/>
          <w:bCs/>
          <w:kern w:val="0"/>
          <w:cs/>
          <w14:ligatures w14:val="none"/>
        </w:rPr>
        <w:t>หมายเหตุ</w:t>
      </w:r>
    </w:p>
    <w:p w14:paraId="492A8632" w14:textId="77777777" w:rsidR="006B6977" w:rsidRPr="006B6977" w:rsidRDefault="006B6977" w:rsidP="006B6977">
      <w:pPr>
        <w:spacing w:after="40" w:line="240" w:lineRule="auto"/>
        <w:ind w:left="283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-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ผู้รับรองต้องเป็นหัวหน้าหน่วยงาน ผู้บังคับบัญชาชั้นต้น หรือผู้ที่ได้รับมอบหมาย</w:t>
      </w: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ไม่ใช่ผู้ยื่นเอง</w:t>
      </w:r>
    </w:p>
    <w:p w14:paraId="7F6AFBF6" w14:textId="77777777" w:rsidR="006B6977" w:rsidRPr="006B6977" w:rsidRDefault="006B6977" w:rsidP="006B6977">
      <w:pPr>
        <w:spacing w:after="40" w:line="240" w:lineRule="auto"/>
        <w:ind w:left="283"/>
        <w:rPr>
          <w:rFonts w:ascii="TH SarabunIT๙" w:eastAsia="TH SarabunPSK" w:hAnsi="TH SarabunIT๙" w:cs="TH SarabunIT๙"/>
          <w:kern w:val="0"/>
          <w:lang w:bidi="ar-SA"/>
          <w14:ligatures w14:val="none"/>
        </w:rPr>
      </w:pP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-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กรณีผู้ยื่นเป็นหัวหน้าหน่วยงาน ให้ผู้บังคับบัญชาระดับสูงขึ้นไปเป็นผู้รับรอง</w:t>
      </w:r>
    </w:p>
    <w:p w14:paraId="20242F53" w14:textId="07277C25" w:rsidR="00955E7F" w:rsidRPr="00FE7F4E" w:rsidRDefault="006B6977" w:rsidP="006B6977">
      <w:pPr>
        <w:spacing w:after="40" w:line="240" w:lineRule="auto"/>
        <w:ind w:left="283"/>
        <w:rPr>
          <w:rFonts w:ascii="TH SarabunIT๙" w:hAnsi="TH SarabunIT๙" w:cs="TH SarabunIT๙"/>
        </w:rPr>
      </w:pPr>
      <w:r w:rsidRPr="006B6977">
        <w:rPr>
          <w:rFonts w:ascii="TH SarabunIT๙" w:eastAsia="TH SarabunPSK" w:hAnsi="TH SarabunIT๙" w:cs="TH SarabunIT๙"/>
          <w:kern w:val="0"/>
          <w:lang w:bidi="ar-SA"/>
          <w14:ligatures w14:val="none"/>
        </w:rPr>
        <w:t xml:space="preserve">- 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ใช้ตรวจคุณสมบัติแบบผ่าน/ไม่ผ่านเท่านั้น ไม่นำมาคิดคะแนน และสภา</w:t>
      </w:r>
      <w:r>
        <w:rPr>
          <w:rFonts w:ascii="TH SarabunIT๙" w:eastAsia="TH SarabunPSK" w:hAnsi="TH SarabunIT๙" w:cs="TH SarabunIT๙" w:hint="cs"/>
          <w:kern w:val="0"/>
          <w:cs/>
          <w14:ligatures w14:val="none"/>
        </w:rPr>
        <w:t>การสาธารณสุขชุมชน</w:t>
      </w:r>
      <w:r w:rsidRPr="006B6977">
        <w:rPr>
          <w:rFonts w:ascii="TH SarabunIT๙" w:eastAsia="TH SarabunPSK" w:hAnsi="TH SarabunIT๙" w:cs="TH SarabunIT๙"/>
          <w:kern w:val="0"/>
          <w:cs/>
          <w14:ligatures w14:val="none"/>
        </w:rPr>
        <w:t>อาจติดต่อผู้รับรองเพื่อยืนยันข้อมูล</w:t>
      </w:r>
    </w:p>
    <w:sectPr w:rsidR="00955E7F" w:rsidRPr="00FE7F4E" w:rsidSect="006B6977">
      <w:pgSz w:w="11906" w:h="16838"/>
      <w:pgMar w:top="1134" w:right="1417" w:bottom="28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2B13B5"/>
    <w:multiLevelType w:val="hybridMultilevel"/>
    <w:tmpl w:val="DDB88B74"/>
    <w:lvl w:ilvl="0" w:tplc="C8E8E40A">
      <w:start w:val="1"/>
      <w:numFmt w:val="bullet"/>
      <w:lvlText w:val="-"/>
      <w:lvlJc w:val="left"/>
      <w:pPr>
        <w:ind w:left="720" w:hanging="360"/>
      </w:pPr>
      <w:rPr>
        <w:rFonts w:ascii="TH SarabunPSK" w:eastAsia="TH SarabunPSK" w:hAnsi="TH SarabunPSK" w:cs="TH SarabunPSK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F357A0"/>
    <w:multiLevelType w:val="hybridMultilevel"/>
    <w:tmpl w:val="950EA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474035">
    <w:abstractNumId w:val="8"/>
  </w:num>
  <w:num w:numId="2" w16cid:durableId="128859974">
    <w:abstractNumId w:val="6"/>
  </w:num>
  <w:num w:numId="3" w16cid:durableId="1910338715">
    <w:abstractNumId w:val="5"/>
  </w:num>
  <w:num w:numId="4" w16cid:durableId="108623044">
    <w:abstractNumId w:val="4"/>
  </w:num>
  <w:num w:numId="5" w16cid:durableId="729576115">
    <w:abstractNumId w:val="7"/>
  </w:num>
  <w:num w:numId="6" w16cid:durableId="1159035001">
    <w:abstractNumId w:val="3"/>
  </w:num>
  <w:num w:numId="7" w16cid:durableId="1098714315">
    <w:abstractNumId w:val="2"/>
  </w:num>
  <w:num w:numId="8" w16cid:durableId="1303734095">
    <w:abstractNumId w:val="1"/>
  </w:num>
  <w:num w:numId="9" w16cid:durableId="472216902">
    <w:abstractNumId w:val="0"/>
  </w:num>
  <w:num w:numId="10" w16cid:durableId="1303072318">
    <w:abstractNumId w:val="9"/>
  </w:num>
  <w:num w:numId="11" w16cid:durableId="17789417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F4E"/>
    <w:rsid w:val="000B1CAB"/>
    <w:rsid w:val="00180745"/>
    <w:rsid w:val="001A16AC"/>
    <w:rsid w:val="001B0590"/>
    <w:rsid w:val="00240C8D"/>
    <w:rsid w:val="002B4B9F"/>
    <w:rsid w:val="0036250A"/>
    <w:rsid w:val="00367CEB"/>
    <w:rsid w:val="00517886"/>
    <w:rsid w:val="005237F3"/>
    <w:rsid w:val="005B601F"/>
    <w:rsid w:val="006B6977"/>
    <w:rsid w:val="00700FD2"/>
    <w:rsid w:val="00763E40"/>
    <w:rsid w:val="008706D9"/>
    <w:rsid w:val="008A2DD0"/>
    <w:rsid w:val="00945906"/>
    <w:rsid w:val="00955E7F"/>
    <w:rsid w:val="00AC15AD"/>
    <w:rsid w:val="00AC329D"/>
    <w:rsid w:val="00C42BD8"/>
    <w:rsid w:val="00D626A5"/>
    <w:rsid w:val="00DA1448"/>
    <w:rsid w:val="00F2783A"/>
    <w:rsid w:val="00FE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73CFA"/>
  <w15:chartTrackingRefBased/>
  <w15:docId w15:val="{8F6624FA-9655-43DB-A9FC-254239E23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FE7F4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E7F4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1">
    <w:name w:val="heading 3"/>
    <w:basedOn w:val="a1"/>
    <w:next w:val="a1"/>
    <w:link w:val="32"/>
    <w:uiPriority w:val="9"/>
    <w:unhideWhenUsed/>
    <w:qFormat/>
    <w:rsid w:val="00FE7F4E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E7F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E7F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E7F4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E7F4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E7F4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E7F4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หัวเรื่อง 1 อักขระ"/>
    <w:basedOn w:val="a2"/>
    <w:link w:val="1"/>
    <w:uiPriority w:val="9"/>
    <w:rsid w:val="00FE7F4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2">
    <w:name w:val="หัวเรื่อง 2 อักขระ"/>
    <w:basedOn w:val="a2"/>
    <w:link w:val="21"/>
    <w:uiPriority w:val="9"/>
    <w:rsid w:val="00FE7F4E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32">
    <w:name w:val="หัวเรื่อง 3 อักขระ"/>
    <w:basedOn w:val="a2"/>
    <w:link w:val="31"/>
    <w:uiPriority w:val="9"/>
    <w:rsid w:val="00FE7F4E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2"/>
    <w:link w:val="4"/>
    <w:uiPriority w:val="9"/>
    <w:semiHidden/>
    <w:rsid w:val="00FE7F4E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50">
    <w:name w:val="หัวเรื่อง 5 อักขระ"/>
    <w:basedOn w:val="a2"/>
    <w:link w:val="5"/>
    <w:uiPriority w:val="9"/>
    <w:semiHidden/>
    <w:rsid w:val="00FE7F4E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60">
    <w:name w:val="หัวเรื่อง 6 อักขระ"/>
    <w:basedOn w:val="a2"/>
    <w:link w:val="6"/>
    <w:uiPriority w:val="9"/>
    <w:semiHidden/>
    <w:rsid w:val="00FE7F4E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2"/>
    <w:link w:val="7"/>
    <w:uiPriority w:val="9"/>
    <w:semiHidden/>
    <w:rsid w:val="00FE7F4E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2"/>
    <w:link w:val="8"/>
    <w:uiPriority w:val="9"/>
    <w:semiHidden/>
    <w:rsid w:val="00FE7F4E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2"/>
    <w:link w:val="9"/>
    <w:uiPriority w:val="9"/>
    <w:semiHidden/>
    <w:rsid w:val="00FE7F4E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5">
    <w:name w:val="Title"/>
    <w:basedOn w:val="a1"/>
    <w:next w:val="a1"/>
    <w:link w:val="a6"/>
    <w:uiPriority w:val="10"/>
    <w:qFormat/>
    <w:rsid w:val="00FE7F4E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6">
    <w:name w:val="ชื่อเรื่อง อักขระ"/>
    <w:basedOn w:val="a2"/>
    <w:link w:val="a5"/>
    <w:uiPriority w:val="10"/>
    <w:rsid w:val="00FE7F4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7">
    <w:name w:val="Subtitle"/>
    <w:basedOn w:val="a1"/>
    <w:next w:val="a1"/>
    <w:link w:val="a8"/>
    <w:uiPriority w:val="11"/>
    <w:qFormat/>
    <w:rsid w:val="00FE7F4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8">
    <w:name w:val="ชื่อเรื่องรอง อักขระ"/>
    <w:basedOn w:val="a2"/>
    <w:link w:val="a7"/>
    <w:uiPriority w:val="11"/>
    <w:rsid w:val="00FE7F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9">
    <w:name w:val="Quote"/>
    <w:basedOn w:val="a1"/>
    <w:next w:val="a1"/>
    <w:link w:val="aa"/>
    <w:uiPriority w:val="29"/>
    <w:qFormat/>
    <w:rsid w:val="00FE7F4E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a">
    <w:name w:val="คำอ้างอิง อักขระ"/>
    <w:basedOn w:val="a2"/>
    <w:link w:val="a9"/>
    <w:uiPriority w:val="29"/>
    <w:rsid w:val="00FE7F4E"/>
    <w:rPr>
      <w:rFonts w:cs="Angsana New"/>
      <w:i/>
      <w:iCs/>
      <w:color w:val="404040" w:themeColor="text1" w:themeTint="BF"/>
      <w:szCs w:val="40"/>
    </w:rPr>
  </w:style>
  <w:style w:type="paragraph" w:styleId="ab">
    <w:name w:val="List Paragraph"/>
    <w:basedOn w:val="a1"/>
    <w:uiPriority w:val="34"/>
    <w:qFormat/>
    <w:rsid w:val="00FE7F4E"/>
    <w:pPr>
      <w:ind w:left="720"/>
      <w:contextualSpacing/>
    </w:pPr>
    <w:rPr>
      <w:rFonts w:cs="Angsana New"/>
      <w:szCs w:val="40"/>
    </w:rPr>
  </w:style>
  <w:style w:type="character" w:styleId="ac">
    <w:name w:val="Intense Emphasis"/>
    <w:basedOn w:val="a2"/>
    <w:uiPriority w:val="21"/>
    <w:qFormat/>
    <w:rsid w:val="00FE7F4E"/>
    <w:rPr>
      <w:i/>
      <w:iCs/>
      <w:color w:val="0F4761" w:themeColor="accent1" w:themeShade="BF"/>
    </w:rPr>
  </w:style>
  <w:style w:type="paragraph" w:styleId="ad">
    <w:name w:val="Intense Quote"/>
    <w:basedOn w:val="a1"/>
    <w:next w:val="a1"/>
    <w:link w:val="ae"/>
    <w:uiPriority w:val="30"/>
    <w:qFormat/>
    <w:rsid w:val="00FE7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  <w:szCs w:val="40"/>
    </w:rPr>
  </w:style>
  <w:style w:type="character" w:customStyle="1" w:styleId="ae">
    <w:name w:val="ทำให้คำอ้างอิงเป็นสีเข้มขึ้น อักขระ"/>
    <w:basedOn w:val="a2"/>
    <w:link w:val="ad"/>
    <w:uiPriority w:val="30"/>
    <w:rsid w:val="00FE7F4E"/>
    <w:rPr>
      <w:rFonts w:cs="Angsana New"/>
      <w:i/>
      <w:iCs/>
      <w:color w:val="0F4761" w:themeColor="accent1" w:themeShade="BF"/>
      <w:szCs w:val="40"/>
    </w:rPr>
  </w:style>
  <w:style w:type="character" w:styleId="af">
    <w:name w:val="Intense Reference"/>
    <w:basedOn w:val="a2"/>
    <w:uiPriority w:val="32"/>
    <w:qFormat/>
    <w:rsid w:val="00FE7F4E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a4"/>
    <w:uiPriority w:val="99"/>
    <w:semiHidden/>
    <w:unhideWhenUsed/>
    <w:rsid w:val="00FE7F4E"/>
  </w:style>
  <w:style w:type="paragraph" w:styleId="af0">
    <w:name w:val="header"/>
    <w:basedOn w:val="a1"/>
    <w:link w:val="af1"/>
    <w:uiPriority w:val="99"/>
    <w:unhideWhenUsed/>
    <w:rsid w:val="00FE7F4E"/>
    <w:pPr>
      <w:tabs>
        <w:tab w:val="center" w:pos="4680"/>
        <w:tab w:val="right" w:pos="9360"/>
      </w:tabs>
      <w:spacing w:after="0" w:line="240" w:lineRule="auto"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character" w:customStyle="1" w:styleId="af1">
    <w:name w:val="หัวกระดาษ อักขระ"/>
    <w:basedOn w:val="a2"/>
    <w:link w:val="af0"/>
    <w:uiPriority w:val="99"/>
    <w:rsid w:val="00FE7F4E"/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af2">
    <w:name w:val="footer"/>
    <w:basedOn w:val="a1"/>
    <w:link w:val="af3"/>
    <w:uiPriority w:val="99"/>
    <w:unhideWhenUsed/>
    <w:rsid w:val="00FE7F4E"/>
    <w:pPr>
      <w:tabs>
        <w:tab w:val="center" w:pos="4680"/>
        <w:tab w:val="right" w:pos="9360"/>
      </w:tabs>
      <w:spacing w:after="0" w:line="240" w:lineRule="auto"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character" w:customStyle="1" w:styleId="af3">
    <w:name w:val="ท้ายกระดาษ อักขระ"/>
    <w:basedOn w:val="a2"/>
    <w:link w:val="af2"/>
    <w:uiPriority w:val="99"/>
    <w:rsid w:val="00FE7F4E"/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af4">
    <w:name w:val="No Spacing"/>
    <w:uiPriority w:val="1"/>
    <w:qFormat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</w:style>
  <w:style w:type="paragraph" w:styleId="af5">
    <w:name w:val="Body Text"/>
    <w:basedOn w:val="a1"/>
    <w:link w:val="af6"/>
    <w:uiPriority w:val="99"/>
    <w:unhideWhenUsed/>
    <w:rsid w:val="00FE7F4E"/>
    <w:pPr>
      <w:spacing w:after="120" w:line="240" w:lineRule="auto"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character" w:customStyle="1" w:styleId="af6">
    <w:name w:val="เนื้อความ อักขระ"/>
    <w:basedOn w:val="a2"/>
    <w:link w:val="af5"/>
    <w:uiPriority w:val="99"/>
    <w:rsid w:val="00FE7F4E"/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23">
    <w:name w:val="Body Text 2"/>
    <w:basedOn w:val="a1"/>
    <w:link w:val="24"/>
    <w:uiPriority w:val="99"/>
    <w:unhideWhenUsed/>
    <w:rsid w:val="00FE7F4E"/>
    <w:pPr>
      <w:spacing w:after="120" w:line="480" w:lineRule="auto"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character" w:customStyle="1" w:styleId="24">
    <w:name w:val="เนื้อความ 2 อักขระ"/>
    <w:basedOn w:val="a2"/>
    <w:link w:val="23"/>
    <w:uiPriority w:val="99"/>
    <w:rsid w:val="00FE7F4E"/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33">
    <w:name w:val="Body Text 3"/>
    <w:basedOn w:val="a1"/>
    <w:link w:val="34"/>
    <w:uiPriority w:val="99"/>
    <w:unhideWhenUsed/>
    <w:rsid w:val="00FE7F4E"/>
    <w:pPr>
      <w:spacing w:after="120" w:line="240" w:lineRule="auto"/>
    </w:pPr>
    <w:rPr>
      <w:rFonts w:ascii="TH SarabunPSK" w:eastAsia="TH SarabunPSK" w:hAnsi="TH SarabunPSK" w:cs="TH SarabunPSK"/>
      <w:kern w:val="0"/>
      <w:sz w:val="16"/>
      <w:szCs w:val="16"/>
      <w:lang w:bidi="ar-SA"/>
      <w14:ligatures w14:val="none"/>
    </w:rPr>
  </w:style>
  <w:style w:type="character" w:customStyle="1" w:styleId="34">
    <w:name w:val="เนื้อความ 3 อักขระ"/>
    <w:basedOn w:val="a2"/>
    <w:link w:val="33"/>
    <w:uiPriority w:val="99"/>
    <w:rsid w:val="00FE7F4E"/>
    <w:rPr>
      <w:rFonts w:ascii="TH SarabunPSK" w:eastAsia="TH SarabunPSK" w:hAnsi="TH SarabunPSK" w:cs="TH SarabunPSK"/>
      <w:kern w:val="0"/>
      <w:sz w:val="16"/>
      <w:szCs w:val="16"/>
      <w:lang w:bidi="ar-SA"/>
      <w14:ligatures w14:val="none"/>
    </w:rPr>
  </w:style>
  <w:style w:type="paragraph" w:styleId="af7">
    <w:name w:val="List"/>
    <w:basedOn w:val="a1"/>
    <w:uiPriority w:val="99"/>
    <w:unhideWhenUsed/>
    <w:rsid w:val="00FE7F4E"/>
    <w:pPr>
      <w:spacing w:after="40" w:line="240" w:lineRule="auto"/>
      <w:ind w:left="360" w:hanging="360"/>
      <w:contextualSpacing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25">
    <w:name w:val="List 2"/>
    <w:basedOn w:val="a1"/>
    <w:uiPriority w:val="99"/>
    <w:unhideWhenUsed/>
    <w:rsid w:val="00FE7F4E"/>
    <w:pPr>
      <w:spacing w:after="40" w:line="240" w:lineRule="auto"/>
      <w:ind w:left="720" w:hanging="360"/>
      <w:contextualSpacing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35">
    <w:name w:val="List 3"/>
    <w:basedOn w:val="a1"/>
    <w:uiPriority w:val="99"/>
    <w:unhideWhenUsed/>
    <w:rsid w:val="00FE7F4E"/>
    <w:pPr>
      <w:spacing w:after="40" w:line="240" w:lineRule="auto"/>
      <w:ind w:left="1080" w:hanging="360"/>
      <w:contextualSpacing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a0">
    <w:name w:val="List Bullet"/>
    <w:basedOn w:val="a1"/>
    <w:uiPriority w:val="99"/>
    <w:unhideWhenUsed/>
    <w:rsid w:val="00FE7F4E"/>
    <w:pPr>
      <w:numPr>
        <w:numId w:val="1"/>
      </w:numPr>
      <w:tabs>
        <w:tab w:val="clear" w:pos="360"/>
      </w:tabs>
      <w:spacing w:after="40" w:line="240" w:lineRule="auto"/>
      <w:ind w:left="0" w:firstLine="0"/>
      <w:contextualSpacing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20">
    <w:name w:val="List Bullet 2"/>
    <w:basedOn w:val="a1"/>
    <w:uiPriority w:val="99"/>
    <w:unhideWhenUsed/>
    <w:rsid w:val="00FE7F4E"/>
    <w:pPr>
      <w:numPr>
        <w:numId w:val="2"/>
      </w:numPr>
      <w:tabs>
        <w:tab w:val="clear" w:pos="720"/>
      </w:tabs>
      <w:spacing w:after="40" w:line="240" w:lineRule="auto"/>
      <w:ind w:left="0" w:firstLine="0"/>
      <w:contextualSpacing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30">
    <w:name w:val="List Bullet 3"/>
    <w:basedOn w:val="a1"/>
    <w:uiPriority w:val="99"/>
    <w:unhideWhenUsed/>
    <w:rsid w:val="00FE7F4E"/>
    <w:pPr>
      <w:numPr>
        <w:numId w:val="3"/>
      </w:numPr>
      <w:tabs>
        <w:tab w:val="clear" w:pos="1080"/>
      </w:tabs>
      <w:spacing w:after="40" w:line="240" w:lineRule="auto"/>
      <w:ind w:left="0" w:firstLine="0"/>
      <w:contextualSpacing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a">
    <w:name w:val="List Number"/>
    <w:basedOn w:val="a1"/>
    <w:uiPriority w:val="99"/>
    <w:unhideWhenUsed/>
    <w:rsid w:val="00FE7F4E"/>
    <w:pPr>
      <w:numPr>
        <w:numId w:val="5"/>
      </w:numPr>
      <w:tabs>
        <w:tab w:val="clear" w:pos="360"/>
      </w:tabs>
      <w:spacing w:after="40" w:line="240" w:lineRule="auto"/>
      <w:ind w:left="0" w:firstLine="0"/>
      <w:contextualSpacing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2">
    <w:name w:val="List Number 2"/>
    <w:basedOn w:val="a1"/>
    <w:uiPriority w:val="99"/>
    <w:unhideWhenUsed/>
    <w:rsid w:val="00FE7F4E"/>
    <w:pPr>
      <w:numPr>
        <w:numId w:val="6"/>
      </w:numPr>
      <w:tabs>
        <w:tab w:val="clear" w:pos="720"/>
      </w:tabs>
      <w:spacing w:after="40" w:line="240" w:lineRule="auto"/>
      <w:ind w:left="0" w:firstLine="0"/>
      <w:contextualSpacing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3">
    <w:name w:val="List Number 3"/>
    <w:basedOn w:val="a1"/>
    <w:uiPriority w:val="99"/>
    <w:unhideWhenUsed/>
    <w:rsid w:val="00FE7F4E"/>
    <w:pPr>
      <w:numPr>
        <w:numId w:val="7"/>
      </w:numPr>
      <w:tabs>
        <w:tab w:val="clear" w:pos="1080"/>
      </w:tabs>
      <w:spacing w:after="40" w:line="240" w:lineRule="auto"/>
      <w:ind w:left="0" w:firstLine="0"/>
      <w:contextualSpacing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af8">
    <w:name w:val="List Continue"/>
    <w:basedOn w:val="a1"/>
    <w:uiPriority w:val="99"/>
    <w:unhideWhenUsed/>
    <w:rsid w:val="00FE7F4E"/>
    <w:pPr>
      <w:spacing w:after="120" w:line="240" w:lineRule="auto"/>
      <w:ind w:left="360"/>
      <w:contextualSpacing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26">
    <w:name w:val="List Continue 2"/>
    <w:basedOn w:val="a1"/>
    <w:uiPriority w:val="99"/>
    <w:unhideWhenUsed/>
    <w:rsid w:val="00FE7F4E"/>
    <w:pPr>
      <w:spacing w:after="120" w:line="240" w:lineRule="auto"/>
      <w:ind w:left="720"/>
      <w:contextualSpacing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36">
    <w:name w:val="List Continue 3"/>
    <w:basedOn w:val="a1"/>
    <w:uiPriority w:val="99"/>
    <w:unhideWhenUsed/>
    <w:rsid w:val="00FE7F4E"/>
    <w:pPr>
      <w:spacing w:after="120" w:line="240" w:lineRule="auto"/>
      <w:ind w:left="1080"/>
      <w:contextualSpacing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af9">
    <w:name w:val="macro"/>
    <w:link w:val="afa"/>
    <w:uiPriority w:val="99"/>
    <w:unhideWhenUsed/>
    <w:rsid w:val="00FE7F4E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MS Mincho" w:hAnsi="Courier" w:cs="Cordia New"/>
      <w:kern w:val="0"/>
      <w:sz w:val="20"/>
      <w:szCs w:val="20"/>
      <w:lang w:bidi="ar-SA"/>
      <w14:ligatures w14:val="none"/>
    </w:rPr>
  </w:style>
  <w:style w:type="character" w:customStyle="1" w:styleId="afa">
    <w:name w:val="ข้อความแมโคร อักขระ"/>
    <w:basedOn w:val="a2"/>
    <w:link w:val="af9"/>
    <w:uiPriority w:val="99"/>
    <w:rsid w:val="00FE7F4E"/>
    <w:rPr>
      <w:rFonts w:ascii="Courier" w:eastAsia="MS Mincho" w:hAnsi="Courier" w:cs="Cordia New"/>
      <w:kern w:val="0"/>
      <w:sz w:val="20"/>
      <w:szCs w:val="20"/>
      <w:lang w:bidi="ar-SA"/>
      <w14:ligatures w14:val="none"/>
    </w:rPr>
  </w:style>
  <w:style w:type="paragraph" w:customStyle="1" w:styleId="Caption1">
    <w:name w:val="Caption1"/>
    <w:basedOn w:val="a1"/>
    <w:next w:val="a1"/>
    <w:uiPriority w:val="35"/>
    <w:semiHidden/>
    <w:unhideWhenUsed/>
    <w:qFormat/>
    <w:rsid w:val="00FE7F4E"/>
    <w:pPr>
      <w:spacing w:after="40" w:line="240" w:lineRule="auto"/>
    </w:pPr>
    <w:rPr>
      <w:rFonts w:ascii="TH SarabunPSK" w:eastAsia="TH SarabunPSK" w:hAnsi="TH SarabunPSK" w:cs="TH SarabunPSK"/>
      <w:b/>
      <w:bCs/>
      <w:color w:val="4F81BD"/>
      <w:kern w:val="0"/>
      <w:sz w:val="18"/>
      <w:szCs w:val="18"/>
      <w:lang w:bidi="ar-SA"/>
      <w14:ligatures w14:val="none"/>
    </w:rPr>
  </w:style>
  <w:style w:type="character" w:styleId="afb">
    <w:name w:val="Strong"/>
    <w:basedOn w:val="a2"/>
    <w:uiPriority w:val="22"/>
    <w:qFormat/>
    <w:rsid w:val="00FE7F4E"/>
    <w:rPr>
      <w:b/>
      <w:bCs/>
    </w:rPr>
  </w:style>
  <w:style w:type="character" w:styleId="afc">
    <w:name w:val="Emphasis"/>
    <w:basedOn w:val="a2"/>
    <w:uiPriority w:val="20"/>
    <w:qFormat/>
    <w:rsid w:val="00FE7F4E"/>
    <w:rPr>
      <w:i/>
      <w:iCs/>
    </w:rPr>
  </w:style>
  <w:style w:type="character" w:customStyle="1" w:styleId="SubtleEmphasis1">
    <w:name w:val="Subtle Emphasis1"/>
    <w:basedOn w:val="a2"/>
    <w:uiPriority w:val="19"/>
    <w:qFormat/>
    <w:rsid w:val="00FE7F4E"/>
    <w:rPr>
      <w:i/>
      <w:iCs/>
      <w:color w:val="808080"/>
    </w:rPr>
  </w:style>
  <w:style w:type="character" w:customStyle="1" w:styleId="SubtleReference1">
    <w:name w:val="Subtle Reference1"/>
    <w:basedOn w:val="a2"/>
    <w:uiPriority w:val="31"/>
    <w:qFormat/>
    <w:rsid w:val="00FE7F4E"/>
    <w:rPr>
      <w:smallCaps/>
      <w:color w:val="C0504D"/>
      <w:u w:val="single"/>
    </w:rPr>
  </w:style>
  <w:style w:type="character" w:styleId="afd">
    <w:name w:val="Book Title"/>
    <w:basedOn w:val="a2"/>
    <w:uiPriority w:val="33"/>
    <w:qFormat/>
    <w:rsid w:val="00FE7F4E"/>
    <w:rPr>
      <w:b/>
      <w:bCs/>
      <w:smallCaps/>
      <w:spacing w:val="5"/>
    </w:rPr>
  </w:style>
  <w:style w:type="paragraph" w:styleId="afe">
    <w:name w:val="TOC Heading"/>
    <w:basedOn w:val="1"/>
    <w:next w:val="a1"/>
    <w:uiPriority w:val="39"/>
    <w:semiHidden/>
    <w:unhideWhenUsed/>
    <w:qFormat/>
    <w:rsid w:val="00FE7F4E"/>
    <w:pPr>
      <w:spacing w:before="480" w:after="0" w:line="240" w:lineRule="auto"/>
      <w:outlineLvl w:val="9"/>
    </w:pPr>
    <w:rPr>
      <w:b/>
      <w:bCs/>
      <w:kern w:val="0"/>
      <w:sz w:val="28"/>
      <w:szCs w:val="28"/>
      <w:lang w:bidi="ar-SA"/>
      <w14:ligatures w14:val="none"/>
    </w:rPr>
  </w:style>
  <w:style w:type="table" w:styleId="aff">
    <w:name w:val="Table Grid"/>
    <w:basedOn w:val="a3"/>
    <w:uiPriority w:val="59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a3"/>
    <w:next w:val="aff0"/>
    <w:uiPriority w:val="60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a3"/>
    <w:next w:val="-1"/>
    <w:uiPriority w:val="60"/>
    <w:rsid w:val="00FE7F4E"/>
    <w:pPr>
      <w:spacing w:after="0" w:line="240" w:lineRule="auto"/>
    </w:pPr>
    <w:rPr>
      <w:rFonts w:ascii="Cambria" w:eastAsia="MS Mincho" w:hAnsi="Cambria" w:cs="Cordia New"/>
      <w:color w:val="365F91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21">
    <w:name w:val="Light Shading - Accent 21"/>
    <w:basedOn w:val="a3"/>
    <w:next w:val="-2"/>
    <w:uiPriority w:val="60"/>
    <w:rsid w:val="00FE7F4E"/>
    <w:pPr>
      <w:spacing w:after="0" w:line="240" w:lineRule="auto"/>
    </w:pPr>
    <w:rPr>
      <w:rFonts w:ascii="Cambria" w:eastAsia="MS Mincho" w:hAnsi="Cambria" w:cs="Cordia New"/>
      <w:color w:val="943634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-Accent31">
    <w:name w:val="Light Shading - Accent 31"/>
    <w:basedOn w:val="a3"/>
    <w:next w:val="-3"/>
    <w:uiPriority w:val="60"/>
    <w:rsid w:val="00FE7F4E"/>
    <w:pPr>
      <w:spacing w:after="0" w:line="240" w:lineRule="auto"/>
    </w:pPr>
    <w:rPr>
      <w:rFonts w:ascii="Cambria" w:eastAsia="MS Mincho" w:hAnsi="Cambria" w:cs="Cordia New"/>
      <w:color w:val="76923C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-Accent41">
    <w:name w:val="Light Shading - Accent 41"/>
    <w:basedOn w:val="a3"/>
    <w:next w:val="-4"/>
    <w:uiPriority w:val="60"/>
    <w:rsid w:val="00FE7F4E"/>
    <w:pPr>
      <w:spacing w:after="0" w:line="240" w:lineRule="auto"/>
    </w:pPr>
    <w:rPr>
      <w:rFonts w:ascii="Cambria" w:eastAsia="MS Mincho" w:hAnsi="Cambria" w:cs="Cordia New"/>
      <w:color w:val="5F497A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51">
    <w:name w:val="Light Shading - Accent 51"/>
    <w:basedOn w:val="a3"/>
    <w:next w:val="-5"/>
    <w:uiPriority w:val="60"/>
    <w:rsid w:val="00FE7F4E"/>
    <w:pPr>
      <w:spacing w:after="0" w:line="240" w:lineRule="auto"/>
    </w:pPr>
    <w:rPr>
      <w:rFonts w:ascii="Cambria" w:eastAsia="MS Mincho" w:hAnsi="Cambria" w:cs="Cordia New"/>
      <w:color w:val="31849B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LightShading-Accent61">
    <w:name w:val="Light Shading - Accent 61"/>
    <w:basedOn w:val="a3"/>
    <w:next w:val="-6"/>
    <w:uiPriority w:val="60"/>
    <w:rsid w:val="00FE7F4E"/>
    <w:pPr>
      <w:spacing w:after="0" w:line="240" w:lineRule="auto"/>
    </w:pPr>
    <w:rPr>
      <w:rFonts w:ascii="Cambria" w:eastAsia="MS Mincho" w:hAnsi="Cambria" w:cs="Cordia New"/>
      <w:color w:val="E36C0A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LightList1">
    <w:name w:val="Light List1"/>
    <w:basedOn w:val="a3"/>
    <w:next w:val="aff1"/>
    <w:uiPriority w:val="61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a3"/>
    <w:next w:val="-10"/>
    <w:uiPriority w:val="61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21">
    <w:name w:val="Light List - Accent 21"/>
    <w:basedOn w:val="a3"/>
    <w:next w:val="-20"/>
    <w:uiPriority w:val="61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ghtList-Accent31">
    <w:name w:val="Light List - Accent 31"/>
    <w:basedOn w:val="a3"/>
    <w:next w:val="-30"/>
    <w:uiPriority w:val="61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41">
    <w:name w:val="Light List - Accent 41"/>
    <w:basedOn w:val="a3"/>
    <w:next w:val="-40"/>
    <w:uiPriority w:val="61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ghtList-Accent51">
    <w:name w:val="Light List - Accent 51"/>
    <w:basedOn w:val="a3"/>
    <w:next w:val="-50"/>
    <w:uiPriority w:val="61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List-Accent61">
    <w:name w:val="Light List - Accent 61"/>
    <w:basedOn w:val="a3"/>
    <w:next w:val="-60"/>
    <w:uiPriority w:val="61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ghtGrid1">
    <w:name w:val="Light Grid1"/>
    <w:basedOn w:val="a3"/>
    <w:next w:val="aff2"/>
    <w:uiPriority w:val="62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Angsana New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Angsana New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Angsana New"/>
        <w:b/>
        <w:bCs/>
      </w:rPr>
    </w:tblStylePr>
    <w:tblStylePr w:type="lastCol">
      <w:rPr>
        <w:rFonts w:ascii="Calibri" w:eastAsia="MS Gothic" w:hAnsi="Calibri" w:cs="Angsana New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a3"/>
    <w:next w:val="-11"/>
    <w:uiPriority w:val="62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Angsana New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Angsana New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Angsana New"/>
        <w:b/>
        <w:bCs/>
      </w:rPr>
    </w:tblStylePr>
    <w:tblStylePr w:type="lastCol">
      <w:rPr>
        <w:rFonts w:ascii="Calibri" w:eastAsia="MS Gothic" w:hAnsi="Calibri" w:cs="Angsana New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Grid-Accent21">
    <w:name w:val="Light Grid - Accent 21"/>
    <w:basedOn w:val="a3"/>
    <w:next w:val="-21"/>
    <w:uiPriority w:val="62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Angsana New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Angsana New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Angsana New"/>
        <w:b/>
        <w:bCs/>
      </w:rPr>
    </w:tblStylePr>
    <w:tblStylePr w:type="lastCol">
      <w:rPr>
        <w:rFonts w:ascii="Calibri" w:eastAsia="MS Gothic" w:hAnsi="Calibri" w:cs="Angsana New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LightGrid-Accent31">
    <w:name w:val="Light Grid - Accent 31"/>
    <w:basedOn w:val="a3"/>
    <w:next w:val="-31"/>
    <w:uiPriority w:val="62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Angsana New"/>
        <w:b/>
        <w:bCs/>
      </w:rPr>
    </w:tblStylePr>
    <w:tblStylePr w:type="lastCol">
      <w:rPr>
        <w:rFonts w:ascii="Calibri" w:eastAsia="MS Gothic" w:hAnsi="Calibri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LightGrid-Accent41">
    <w:name w:val="Light Grid - Accent 41"/>
    <w:basedOn w:val="a3"/>
    <w:next w:val="-41"/>
    <w:uiPriority w:val="62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Angsana New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Angsana New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Angsana New"/>
        <w:b/>
        <w:bCs/>
      </w:rPr>
    </w:tblStylePr>
    <w:tblStylePr w:type="lastCol">
      <w:rPr>
        <w:rFonts w:ascii="Calibri" w:eastAsia="MS Gothic" w:hAnsi="Calibri" w:cs="Angsana New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LightGrid-Accent51">
    <w:name w:val="Light Grid - Accent 51"/>
    <w:basedOn w:val="a3"/>
    <w:next w:val="-51"/>
    <w:uiPriority w:val="62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Angsana New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Angsana New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Angsana New"/>
        <w:b/>
        <w:bCs/>
      </w:rPr>
    </w:tblStylePr>
    <w:tblStylePr w:type="lastCol">
      <w:rPr>
        <w:rFonts w:ascii="Calibri" w:eastAsia="MS Gothic" w:hAnsi="Calibri" w:cs="Angsana New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LightGrid-Accent61">
    <w:name w:val="Light Grid - Accent 61"/>
    <w:basedOn w:val="a3"/>
    <w:next w:val="-61"/>
    <w:uiPriority w:val="62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Angsana New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Angsana New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Angsana New"/>
        <w:b/>
        <w:bCs/>
      </w:rPr>
    </w:tblStylePr>
    <w:tblStylePr w:type="lastCol">
      <w:rPr>
        <w:rFonts w:ascii="Calibri" w:eastAsia="MS Gothic" w:hAnsi="Calibri" w:cs="Angsana New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MediumShading11">
    <w:name w:val="Medium Shading 11"/>
    <w:basedOn w:val="a3"/>
    <w:next w:val="11"/>
    <w:uiPriority w:val="63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a3"/>
    <w:next w:val="1-1"/>
    <w:uiPriority w:val="63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a3"/>
    <w:next w:val="1-2"/>
    <w:uiPriority w:val="63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a3"/>
    <w:next w:val="1-3"/>
    <w:uiPriority w:val="63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a3"/>
    <w:next w:val="1-4"/>
    <w:uiPriority w:val="63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a3"/>
    <w:next w:val="1-5"/>
    <w:uiPriority w:val="63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a3"/>
    <w:next w:val="1-6"/>
    <w:uiPriority w:val="63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a3"/>
    <w:next w:val="27"/>
    <w:uiPriority w:val="64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a3"/>
    <w:next w:val="2-1"/>
    <w:uiPriority w:val="64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a3"/>
    <w:next w:val="2-2"/>
    <w:uiPriority w:val="64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a3"/>
    <w:next w:val="2-3"/>
    <w:uiPriority w:val="64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a3"/>
    <w:next w:val="2-4"/>
    <w:uiPriority w:val="64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a3"/>
    <w:next w:val="2-5"/>
    <w:uiPriority w:val="64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a3"/>
    <w:next w:val="2-6"/>
    <w:uiPriority w:val="64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a3"/>
    <w:next w:val="12"/>
    <w:uiPriority w:val="65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Angsana New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a3"/>
    <w:next w:val="1-10"/>
    <w:uiPriority w:val="65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Angsana New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List1-Accent21">
    <w:name w:val="Medium List 1 - Accent 21"/>
    <w:basedOn w:val="a3"/>
    <w:next w:val="1-20"/>
    <w:uiPriority w:val="65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Angsana New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customStyle="1" w:styleId="MediumList1-Accent31">
    <w:name w:val="Medium List 1 - Accent 31"/>
    <w:basedOn w:val="a3"/>
    <w:next w:val="1-30"/>
    <w:uiPriority w:val="65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Angsana New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MediumList1-Accent41">
    <w:name w:val="Medium List 1 - Accent 41"/>
    <w:basedOn w:val="a3"/>
    <w:next w:val="1-40"/>
    <w:uiPriority w:val="65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Angsana New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customStyle="1" w:styleId="MediumList1-Accent51">
    <w:name w:val="Medium List 1 - Accent 51"/>
    <w:basedOn w:val="a3"/>
    <w:next w:val="1-50"/>
    <w:uiPriority w:val="65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Angsana New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MediumList1-Accent61">
    <w:name w:val="Medium List 1 - Accent 61"/>
    <w:basedOn w:val="a3"/>
    <w:next w:val="1-60"/>
    <w:uiPriority w:val="65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Angsana New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MediumList21">
    <w:name w:val="Medium List 21"/>
    <w:basedOn w:val="a3"/>
    <w:next w:val="28"/>
    <w:uiPriority w:val="66"/>
    <w:rsid w:val="00FE7F4E"/>
    <w:pPr>
      <w:spacing w:after="0" w:line="240" w:lineRule="auto"/>
    </w:pPr>
    <w:rPr>
      <w:rFonts w:ascii="Calibri" w:eastAsia="MS Gothic" w:hAnsi="Calibri" w:cs="Angsan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a3"/>
    <w:next w:val="2-10"/>
    <w:uiPriority w:val="66"/>
    <w:rsid w:val="00FE7F4E"/>
    <w:pPr>
      <w:spacing w:after="0" w:line="240" w:lineRule="auto"/>
    </w:pPr>
    <w:rPr>
      <w:rFonts w:ascii="Calibri" w:eastAsia="MS Gothic" w:hAnsi="Calibri" w:cs="Angsan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a3"/>
    <w:next w:val="2-20"/>
    <w:uiPriority w:val="66"/>
    <w:rsid w:val="00FE7F4E"/>
    <w:pPr>
      <w:spacing w:after="0" w:line="240" w:lineRule="auto"/>
    </w:pPr>
    <w:rPr>
      <w:rFonts w:ascii="Calibri" w:eastAsia="MS Gothic" w:hAnsi="Calibri" w:cs="Angsan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a3"/>
    <w:next w:val="2-30"/>
    <w:uiPriority w:val="66"/>
    <w:rsid w:val="00FE7F4E"/>
    <w:pPr>
      <w:spacing w:after="0" w:line="240" w:lineRule="auto"/>
    </w:pPr>
    <w:rPr>
      <w:rFonts w:ascii="Calibri" w:eastAsia="MS Gothic" w:hAnsi="Calibri" w:cs="Angsan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a3"/>
    <w:next w:val="2-40"/>
    <w:uiPriority w:val="66"/>
    <w:rsid w:val="00FE7F4E"/>
    <w:pPr>
      <w:spacing w:after="0" w:line="240" w:lineRule="auto"/>
    </w:pPr>
    <w:rPr>
      <w:rFonts w:ascii="Calibri" w:eastAsia="MS Gothic" w:hAnsi="Calibri" w:cs="Angsan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a3"/>
    <w:next w:val="2-50"/>
    <w:uiPriority w:val="66"/>
    <w:rsid w:val="00FE7F4E"/>
    <w:pPr>
      <w:spacing w:after="0" w:line="240" w:lineRule="auto"/>
    </w:pPr>
    <w:rPr>
      <w:rFonts w:ascii="Calibri" w:eastAsia="MS Gothic" w:hAnsi="Calibri" w:cs="Angsan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a3"/>
    <w:next w:val="2-60"/>
    <w:uiPriority w:val="66"/>
    <w:rsid w:val="00FE7F4E"/>
    <w:pPr>
      <w:spacing w:after="0" w:line="240" w:lineRule="auto"/>
    </w:pPr>
    <w:rPr>
      <w:rFonts w:ascii="Calibri" w:eastAsia="MS Gothic" w:hAnsi="Calibri" w:cs="Angsan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a3"/>
    <w:next w:val="13"/>
    <w:uiPriority w:val="67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a3"/>
    <w:next w:val="1-11"/>
    <w:uiPriority w:val="67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MediumGrid1-Accent21">
    <w:name w:val="Medium Grid 1 - Accent 21"/>
    <w:basedOn w:val="a3"/>
    <w:next w:val="1-21"/>
    <w:uiPriority w:val="67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MediumGrid1-Accent31">
    <w:name w:val="Medium Grid 1 - Accent 31"/>
    <w:basedOn w:val="a3"/>
    <w:next w:val="1-31"/>
    <w:uiPriority w:val="67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MediumGrid1-Accent41">
    <w:name w:val="Medium Grid 1 - Accent 41"/>
    <w:basedOn w:val="a3"/>
    <w:next w:val="1-41"/>
    <w:uiPriority w:val="67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MediumGrid1-Accent51">
    <w:name w:val="Medium Grid 1 - Accent 51"/>
    <w:basedOn w:val="a3"/>
    <w:next w:val="1-51"/>
    <w:uiPriority w:val="67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MediumGrid1-Accent61">
    <w:name w:val="Medium Grid 1 - Accent 61"/>
    <w:basedOn w:val="a3"/>
    <w:next w:val="1-61"/>
    <w:uiPriority w:val="67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1">
    <w:name w:val="Medium Grid 21"/>
    <w:basedOn w:val="a3"/>
    <w:next w:val="29"/>
    <w:uiPriority w:val="68"/>
    <w:rsid w:val="00FE7F4E"/>
    <w:pPr>
      <w:spacing w:after="0" w:line="240" w:lineRule="auto"/>
    </w:pPr>
    <w:rPr>
      <w:rFonts w:ascii="Calibri" w:eastAsia="MS Gothic" w:hAnsi="Calibri" w:cs="Angsan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11">
    <w:name w:val="Medium Grid 2 - Accent 11"/>
    <w:basedOn w:val="a3"/>
    <w:next w:val="2-11"/>
    <w:uiPriority w:val="68"/>
    <w:rsid w:val="00FE7F4E"/>
    <w:pPr>
      <w:spacing w:after="0" w:line="240" w:lineRule="auto"/>
    </w:pPr>
    <w:rPr>
      <w:rFonts w:ascii="Calibri" w:eastAsia="MS Gothic" w:hAnsi="Calibri" w:cs="Angsan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21">
    <w:name w:val="Medium Grid 2 - Accent 21"/>
    <w:basedOn w:val="a3"/>
    <w:next w:val="2-21"/>
    <w:uiPriority w:val="68"/>
    <w:rsid w:val="00FE7F4E"/>
    <w:pPr>
      <w:spacing w:after="0" w:line="240" w:lineRule="auto"/>
    </w:pPr>
    <w:rPr>
      <w:rFonts w:ascii="Calibri" w:eastAsia="MS Gothic" w:hAnsi="Calibri" w:cs="Angsan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31">
    <w:name w:val="Medium Grid 2 - Accent 31"/>
    <w:basedOn w:val="a3"/>
    <w:next w:val="2-31"/>
    <w:uiPriority w:val="68"/>
    <w:rsid w:val="00FE7F4E"/>
    <w:pPr>
      <w:spacing w:after="0" w:line="240" w:lineRule="auto"/>
    </w:pPr>
    <w:rPr>
      <w:rFonts w:ascii="Calibri" w:eastAsia="MS Gothic" w:hAnsi="Calibri" w:cs="Angsan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41">
    <w:name w:val="Medium Grid 2 - Accent 41"/>
    <w:basedOn w:val="a3"/>
    <w:next w:val="2-41"/>
    <w:uiPriority w:val="68"/>
    <w:rsid w:val="00FE7F4E"/>
    <w:pPr>
      <w:spacing w:after="0" w:line="240" w:lineRule="auto"/>
    </w:pPr>
    <w:rPr>
      <w:rFonts w:ascii="Calibri" w:eastAsia="MS Gothic" w:hAnsi="Calibri" w:cs="Angsan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51">
    <w:name w:val="Medium Grid 2 - Accent 51"/>
    <w:basedOn w:val="a3"/>
    <w:next w:val="2-51"/>
    <w:uiPriority w:val="68"/>
    <w:rsid w:val="00FE7F4E"/>
    <w:pPr>
      <w:spacing w:after="0" w:line="240" w:lineRule="auto"/>
    </w:pPr>
    <w:rPr>
      <w:rFonts w:ascii="Calibri" w:eastAsia="MS Gothic" w:hAnsi="Calibri" w:cs="Angsan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61">
    <w:name w:val="Medium Grid 2 - Accent 61"/>
    <w:basedOn w:val="a3"/>
    <w:next w:val="2-61"/>
    <w:uiPriority w:val="68"/>
    <w:rsid w:val="00FE7F4E"/>
    <w:pPr>
      <w:spacing w:after="0" w:line="240" w:lineRule="auto"/>
    </w:pPr>
    <w:rPr>
      <w:rFonts w:ascii="Calibri" w:eastAsia="MS Gothic" w:hAnsi="Calibri" w:cs="Angsan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a3"/>
    <w:next w:val="37"/>
    <w:uiPriority w:val="69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a3"/>
    <w:next w:val="3-1"/>
    <w:uiPriority w:val="69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MediumGrid3-Accent21">
    <w:name w:val="Medium Grid 3 - Accent 21"/>
    <w:basedOn w:val="a3"/>
    <w:next w:val="3-2"/>
    <w:uiPriority w:val="69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MediumGrid3-Accent31">
    <w:name w:val="Medium Grid 3 - Accent 31"/>
    <w:basedOn w:val="a3"/>
    <w:next w:val="3-3"/>
    <w:uiPriority w:val="69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MediumGrid3-Accent41">
    <w:name w:val="Medium Grid 3 - Accent 41"/>
    <w:basedOn w:val="a3"/>
    <w:next w:val="3-4"/>
    <w:uiPriority w:val="69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MediumGrid3-Accent51">
    <w:name w:val="Medium Grid 3 - Accent 51"/>
    <w:basedOn w:val="a3"/>
    <w:next w:val="3-5"/>
    <w:uiPriority w:val="69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MediumGrid3-Accent61">
    <w:name w:val="Medium Grid 3 - Accent 61"/>
    <w:basedOn w:val="a3"/>
    <w:next w:val="3-6"/>
    <w:uiPriority w:val="69"/>
    <w:rsid w:val="00FE7F4E"/>
    <w:pPr>
      <w:spacing w:after="0" w:line="240" w:lineRule="auto"/>
    </w:pPr>
    <w:rPr>
      <w:rFonts w:ascii="Cambria" w:eastAsia="MS Mincho" w:hAnsi="Cambria" w:cs="Cordia New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DarkList1">
    <w:name w:val="Dark List1"/>
    <w:basedOn w:val="a3"/>
    <w:next w:val="aff3"/>
    <w:uiPriority w:val="70"/>
    <w:rsid w:val="00FE7F4E"/>
    <w:pPr>
      <w:spacing w:after="0" w:line="240" w:lineRule="auto"/>
    </w:pPr>
    <w:rPr>
      <w:rFonts w:ascii="Cambria" w:eastAsia="MS Mincho" w:hAnsi="Cambria" w:cs="Cordia New"/>
      <w:color w:val="FFFFFF"/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a3"/>
    <w:next w:val="-12"/>
    <w:uiPriority w:val="70"/>
    <w:rsid w:val="00FE7F4E"/>
    <w:pPr>
      <w:spacing w:after="0" w:line="240" w:lineRule="auto"/>
    </w:pPr>
    <w:rPr>
      <w:rFonts w:ascii="Cambria" w:eastAsia="MS Mincho" w:hAnsi="Cambria" w:cs="Cordia New"/>
      <w:color w:val="FFFFFF"/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DarkList-Accent21">
    <w:name w:val="Dark List - Accent 21"/>
    <w:basedOn w:val="a3"/>
    <w:next w:val="-22"/>
    <w:uiPriority w:val="70"/>
    <w:rsid w:val="00FE7F4E"/>
    <w:pPr>
      <w:spacing w:after="0" w:line="240" w:lineRule="auto"/>
    </w:pPr>
    <w:rPr>
      <w:rFonts w:ascii="Cambria" w:eastAsia="MS Mincho" w:hAnsi="Cambria" w:cs="Cordia New"/>
      <w:color w:val="FFFFFF"/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DarkList-Accent31">
    <w:name w:val="Dark List - Accent 31"/>
    <w:basedOn w:val="a3"/>
    <w:next w:val="-32"/>
    <w:uiPriority w:val="70"/>
    <w:rsid w:val="00FE7F4E"/>
    <w:pPr>
      <w:spacing w:after="0" w:line="240" w:lineRule="auto"/>
    </w:pPr>
    <w:rPr>
      <w:rFonts w:ascii="Cambria" w:eastAsia="MS Mincho" w:hAnsi="Cambria" w:cs="Cordia New"/>
      <w:color w:val="FFFFFF"/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DarkList-Accent41">
    <w:name w:val="Dark List - Accent 41"/>
    <w:basedOn w:val="a3"/>
    <w:next w:val="-42"/>
    <w:uiPriority w:val="70"/>
    <w:rsid w:val="00FE7F4E"/>
    <w:pPr>
      <w:spacing w:after="0" w:line="240" w:lineRule="auto"/>
    </w:pPr>
    <w:rPr>
      <w:rFonts w:ascii="Cambria" w:eastAsia="MS Mincho" w:hAnsi="Cambria" w:cs="Cordia New"/>
      <w:color w:val="FFFFFF"/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DarkList-Accent51">
    <w:name w:val="Dark List - Accent 51"/>
    <w:basedOn w:val="a3"/>
    <w:next w:val="-52"/>
    <w:uiPriority w:val="70"/>
    <w:rsid w:val="00FE7F4E"/>
    <w:pPr>
      <w:spacing w:after="0" w:line="240" w:lineRule="auto"/>
    </w:pPr>
    <w:rPr>
      <w:rFonts w:ascii="Cambria" w:eastAsia="MS Mincho" w:hAnsi="Cambria" w:cs="Cordia New"/>
      <w:color w:val="FFFFFF"/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DarkList-Accent61">
    <w:name w:val="Dark List - Accent 61"/>
    <w:basedOn w:val="a3"/>
    <w:next w:val="-62"/>
    <w:uiPriority w:val="70"/>
    <w:rsid w:val="00FE7F4E"/>
    <w:pPr>
      <w:spacing w:after="0" w:line="240" w:lineRule="auto"/>
    </w:pPr>
    <w:rPr>
      <w:rFonts w:ascii="Cambria" w:eastAsia="MS Mincho" w:hAnsi="Cambria" w:cs="Cordia New"/>
      <w:color w:val="FFFFFF"/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ColorfulShading1">
    <w:name w:val="Colorful Shading1"/>
    <w:basedOn w:val="a3"/>
    <w:next w:val="aff4"/>
    <w:uiPriority w:val="71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a3"/>
    <w:next w:val="-13"/>
    <w:uiPriority w:val="71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a3"/>
    <w:next w:val="-23"/>
    <w:uiPriority w:val="71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a3"/>
    <w:next w:val="-33"/>
    <w:uiPriority w:val="71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ColorfulShading-Accent41">
    <w:name w:val="Colorful Shading - Accent 41"/>
    <w:basedOn w:val="a3"/>
    <w:next w:val="-43"/>
    <w:uiPriority w:val="71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a3"/>
    <w:next w:val="-53"/>
    <w:uiPriority w:val="71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a3"/>
    <w:next w:val="-63"/>
    <w:uiPriority w:val="71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List1">
    <w:name w:val="Colorful List1"/>
    <w:basedOn w:val="a3"/>
    <w:next w:val="aff5"/>
    <w:uiPriority w:val="72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a3"/>
    <w:next w:val="-14"/>
    <w:uiPriority w:val="72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ColorfulList-Accent21">
    <w:name w:val="Colorful List - Accent 21"/>
    <w:basedOn w:val="a3"/>
    <w:next w:val="-24"/>
    <w:uiPriority w:val="72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ColorfulList-Accent31">
    <w:name w:val="Colorful List - Accent 31"/>
    <w:basedOn w:val="a3"/>
    <w:next w:val="-34"/>
    <w:uiPriority w:val="72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customStyle="1" w:styleId="ColorfulList-Accent41">
    <w:name w:val="Colorful List - Accent 41"/>
    <w:basedOn w:val="a3"/>
    <w:next w:val="-44"/>
    <w:uiPriority w:val="72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ColorfulList-Accent51">
    <w:name w:val="Colorful List - Accent 51"/>
    <w:basedOn w:val="a3"/>
    <w:next w:val="-54"/>
    <w:uiPriority w:val="72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ColorfulList-Accent61">
    <w:name w:val="Colorful List - Accent 61"/>
    <w:basedOn w:val="a3"/>
    <w:next w:val="-64"/>
    <w:uiPriority w:val="72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ColorfulGrid1">
    <w:name w:val="Colorful Grid1"/>
    <w:basedOn w:val="a3"/>
    <w:next w:val="aff6"/>
    <w:uiPriority w:val="73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a3"/>
    <w:next w:val="-15"/>
    <w:uiPriority w:val="73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ColorfulGrid-Accent21">
    <w:name w:val="Colorful Grid - Accent 21"/>
    <w:basedOn w:val="a3"/>
    <w:next w:val="-25"/>
    <w:uiPriority w:val="73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ColorfulGrid-Accent31">
    <w:name w:val="Colorful Grid - Accent 31"/>
    <w:basedOn w:val="a3"/>
    <w:next w:val="-35"/>
    <w:uiPriority w:val="73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ColorfulGrid-Accent41">
    <w:name w:val="Colorful Grid - Accent 41"/>
    <w:basedOn w:val="a3"/>
    <w:next w:val="-45"/>
    <w:uiPriority w:val="73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ColorfulGrid-Accent51">
    <w:name w:val="Colorful Grid - Accent 51"/>
    <w:basedOn w:val="a3"/>
    <w:next w:val="-55"/>
    <w:uiPriority w:val="73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ColorfulGrid-Accent61">
    <w:name w:val="Colorful Grid - Accent 61"/>
    <w:basedOn w:val="a3"/>
    <w:next w:val="-65"/>
    <w:uiPriority w:val="73"/>
    <w:rsid w:val="00FE7F4E"/>
    <w:pPr>
      <w:spacing w:after="0" w:line="240" w:lineRule="auto"/>
    </w:pPr>
    <w:rPr>
      <w:rFonts w:ascii="Cambria" w:eastAsia="MS Mincho" w:hAnsi="Cambria" w:cs="Cordia New"/>
      <w:color w:val="000000"/>
      <w:kern w:val="0"/>
      <w:sz w:val="22"/>
      <w:szCs w:val="22"/>
      <w:lang w:bidi="ar-SA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aff7">
    <w:name w:val="Subtle Emphasis"/>
    <w:basedOn w:val="a2"/>
    <w:uiPriority w:val="19"/>
    <w:qFormat/>
    <w:rsid w:val="00FE7F4E"/>
    <w:rPr>
      <w:i/>
      <w:iCs/>
      <w:color w:val="404040" w:themeColor="text1" w:themeTint="BF"/>
    </w:rPr>
  </w:style>
  <w:style w:type="character" w:styleId="aff8">
    <w:name w:val="Subtle Reference"/>
    <w:basedOn w:val="a2"/>
    <w:uiPriority w:val="31"/>
    <w:qFormat/>
    <w:rsid w:val="00FE7F4E"/>
    <w:rPr>
      <w:smallCaps/>
      <w:color w:val="5A5A5A" w:themeColor="text1" w:themeTint="A5"/>
    </w:rPr>
  </w:style>
  <w:style w:type="table" w:styleId="aff0">
    <w:name w:val="Light Shading"/>
    <w:basedOn w:val="a3"/>
    <w:uiPriority w:val="60"/>
    <w:semiHidden/>
    <w:unhideWhenUsed/>
    <w:rsid w:val="00FE7F4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semiHidden/>
    <w:unhideWhenUsed/>
    <w:rsid w:val="00FE7F4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-2">
    <w:name w:val="Light Shading Accent 2"/>
    <w:basedOn w:val="a3"/>
    <w:uiPriority w:val="60"/>
    <w:semiHidden/>
    <w:unhideWhenUsed/>
    <w:rsid w:val="00FE7F4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-3">
    <w:name w:val="Light Shading Accent 3"/>
    <w:basedOn w:val="a3"/>
    <w:uiPriority w:val="60"/>
    <w:semiHidden/>
    <w:unhideWhenUsed/>
    <w:rsid w:val="00FE7F4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-4">
    <w:name w:val="Light Shading Accent 4"/>
    <w:basedOn w:val="a3"/>
    <w:uiPriority w:val="60"/>
    <w:semiHidden/>
    <w:unhideWhenUsed/>
    <w:rsid w:val="00FE7F4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-5">
    <w:name w:val="Light Shading Accent 5"/>
    <w:basedOn w:val="a3"/>
    <w:uiPriority w:val="60"/>
    <w:semiHidden/>
    <w:unhideWhenUsed/>
    <w:rsid w:val="00FE7F4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-6">
    <w:name w:val="Light Shading Accent 6"/>
    <w:basedOn w:val="a3"/>
    <w:uiPriority w:val="60"/>
    <w:semiHidden/>
    <w:unhideWhenUsed/>
    <w:rsid w:val="00FE7F4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aff1">
    <w:name w:val="Light List"/>
    <w:basedOn w:val="a3"/>
    <w:uiPriority w:val="61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-20">
    <w:name w:val="Light List Accent 2"/>
    <w:basedOn w:val="a3"/>
    <w:uiPriority w:val="61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-30">
    <w:name w:val="Light List Accent 3"/>
    <w:basedOn w:val="a3"/>
    <w:uiPriority w:val="61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-40">
    <w:name w:val="Light List Accent 4"/>
    <w:basedOn w:val="a3"/>
    <w:uiPriority w:val="61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-50">
    <w:name w:val="Light List Accent 5"/>
    <w:basedOn w:val="a3"/>
    <w:uiPriority w:val="61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-60">
    <w:name w:val="Light List Accent 6"/>
    <w:basedOn w:val="a3"/>
    <w:uiPriority w:val="61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aff2">
    <w:name w:val="Light Grid"/>
    <w:basedOn w:val="a3"/>
    <w:uiPriority w:val="62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-21">
    <w:name w:val="Light Grid Accent 2"/>
    <w:basedOn w:val="a3"/>
    <w:uiPriority w:val="62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-31">
    <w:name w:val="Light Grid Accent 3"/>
    <w:basedOn w:val="a3"/>
    <w:uiPriority w:val="62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-41">
    <w:name w:val="Light Grid Accent 4"/>
    <w:basedOn w:val="a3"/>
    <w:uiPriority w:val="62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-51">
    <w:name w:val="Light Grid Accent 5"/>
    <w:basedOn w:val="a3"/>
    <w:uiPriority w:val="62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-61">
    <w:name w:val="Light Grid Accent 6"/>
    <w:basedOn w:val="a3"/>
    <w:uiPriority w:val="62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11">
    <w:name w:val="Medium Shading 1"/>
    <w:basedOn w:val="a3"/>
    <w:uiPriority w:val="63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28">
    <w:name w:val="Medium List 2"/>
    <w:basedOn w:val="a3"/>
    <w:uiPriority w:val="66"/>
    <w:semiHidden/>
    <w:unhideWhenUsed/>
    <w:rsid w:val="00FE7F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FE7F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FE7F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FE7F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FE7F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FE7F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FE7F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1-21">
    <w:name w:val="Medium Grid 1 Accent 2"/>
    <w:basedOn w:val="a3"/>
    <w:uiPriority w:val="67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1-31">
    <w:name w:val="Medium Grid 1 Accent 3"/>
    <w:basedOn w:val="a3"/>
    <w:uiPriority w:val="67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1-41">
    <w:name w:val="Medium Grid 1 Accent 4"/>
    <w:basedOn w:val="a3"/>
    <w:uiPriority w:val="67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1-51">
    <w:name w:val="Medium Grid 1 Accent 5"/>
    <w:basedOn w:val="a3"/>
    <w:uiPriority w:val="67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1-61">
    <w:name w:val="Medium Grid 1 Accent 6"/>
    <w:basedOn w:val="a3"/>
    <w:uiPriority w:val="67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29">
    <w:name w:val="Medium Grid 2"/>
    <w:basedOn w:val="a3"/>
    <w:uiPriority w:val="68"/>
    <w:semiHidden/>
    <w:unhideWhenUsed/>
    <w:rsid w:val="00FE7F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semiHidden/>
    <w:unhideWhenUsed/>
    <w:rsid w:val="00FE7F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semiHidden/>
    <w:unhideWhenUsed/>
    <w:rsid w:val="00FE7F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semiHidden/>
    <w:unhideWhenUsed/>
    <w:rsid w:val="00FE7F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semiHidden/>
    <w:unhideWhenUsed/>
    <w:rsid w:val="00FE7F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semiHidden/>
    <w:unhideWhenUsed/>
    <w:rsid w:val="00FE7F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semiHidden/>
    <w:unhideWhenUsed/>
    <w:rsid w:val="00FE7F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FE7F4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aff3">
    <w:name w:val="Dark List"/>
    <w:basedOn w:val="a3"/>
    <w:uiPriority w:val="70"/>
    <w:semiHidden/>
    <w:unhideWhenUsed/>
    <w:rsid w:val="00FE7F4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FE7F4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FE7F4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FE7F4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FE7F4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FE7F4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FE7F4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aff4">
    <w:name w:val="Colorful Shading"/>
    <w:basedOn w:val="a3"/>
    <w:uiPriority w:val="71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-43">
    <w:name w:val="Colorful Shading Accent 4"/>
    <w:basedOn w:val="a3"/>
    <w:uiPriority w:val="71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5">
    <w:name w:val="Colorful List"/>
    <w:basedOn w:val="a3"/>
    <w:uiPriority w:val="72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24">
    <w:name w:val="Colorful List Accent 2"/>
    <w:basedOn w:val="a3"/>
    <w:uiPriority w:val="72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34">
    <w:name w:val="Colorful List Accent 3"/>
    <w:basedOn w:val="a3"/>
    <w:uiPriority w:val="72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44">
    <w:name w:val="Colorful List Accent 4"/>
    <w:basedOn w:val="a3"/>
    <w:uiPriority w:val="72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54">
    <w:name w:val="Colorful List Accent 5"/>
    <w:basedOn w:val="a3"/>
    <w:uiPriority w:val="72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64">
    <w:name w:val="Colorful List Accent 6"/>
    <w:basedOn w:val="a3"/>
    <w:uiPriority w:val="72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aff6">
    <w:name w:val="Colorful Grid"/>
    <w:basedOn w:val="a3"/>
    <w:uiPriority w:val="73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-25">
    <w:name w:val="Colorful Grid Accent 2"/>
    <w:basedOn w:val="a3"/>
    <w:uiPriority w:val="73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-35">
    <w:name w:val="Colorful Grid Accent 3"/>
    <w:basedOn w:val="a3"/>
    <w:uiPriority w:val="73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-45">
    <w:name w:val="Colorful Grid Accent 4"/>
    <w:basedOn w:val="a3"/>
    <w:uiPriority w:val="73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-55">
    <w:name w:val="Colorful Grid Accent 5"/>
    <w:basedOn w:val="a3"/>
    <w:uiPriority w:val="73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-65">
    <w:name w:val="Colorful Grid Accent 6"/>
    <w:basedOn w:val="a3"/>
    <w:uiPriority w:val="73"/>
    <w:semiHidden/>
    <w:unhideWhenUsed/>
    <w:rsid w:val="00FE7F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จิรนันท์ ศรทอง</dc:creator>
  <cp:keywords/>
  <dc:description/>
  <cp:lastModifiedBy>ccph health</cp:lastModifiedBy>
  <cp:revision>2</cp:revision>
  <dcterms:created xsi:type="dcterms:W3CDTF">2026-11-03T11:29:00Z</dcterms:created>
  <dcterms:modified xsi:type="dcterms:W3CDTF">2026-11-03T11:29:00Z</dcterms:modified>
</cp:coreProperties>
</file>